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ВСЕЙ КВАРТИРЫ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10 сентября 2026 года</w:t>
      </w:r>
      <w:r/>
    </w:p>
    <w:p>
      <w:pPr>
        <w:ind w:firstLine="283"/>
      </w:pPr>
      <w:r>
        <w:t xml:space="preserve">Продавец 1: </w:t>
      </w:r>
      <w:r>
        <w:rPr>
          <w:i/>
          <w:color w:val="854D0E"/>
        </w:rPr>
        <w:t>Петров Алексей Николаевич</w:t>
      </w:r>
      <w:r>
        <w:t xml:space="preserve">, дата и место рождения </w:t>
      </w:r>
      <w:r>
        <w:rPr>
          <w:i/>
          <w:color w:val="854D0E"/>
        </w:rPr>
        <w:t>12 марта 1980 года, г. Москва</w:t>
      </w:r>
      <w:r>
        <w:t xml:space="preserve">, паспорт </w:t>
      </w:r>
      <w:r>
        <w:rPr>
          <w:i/>
          <w:color w:val="854D0E"/>
        </w:rPr>
        <w:t>гражданина РФ 45 10 № 900801, выдан 20 апреля 2010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31</w:t>
      </w:r>
      <w:r>
        <w:t>.</w:t>
      </w:r>
    </w:p>
    <w:p>
      <w:pPr>
        <w:ind w:firstLine="283"/>
      </w:pPr>
      <w:r>
        <w:t xml:space="preserve">Продавец 2: </w:t>
      </w:r>
      <w:r>
        <w:rPr>
          <w:i/>
          <w:color w:val="854D0E"/>
        </w:rPr>
        <w:t>Сидоров Павел Олегович</w:t>
      </w:r>
      <w:r>
        <w:t xml:space="preserve">, дата и место рождения </w:t>
      </w:r>
      <w:r>
        <w:rPr>
          <w:i/>
          <w:color w:val="854D0E"/>
        </w:rPr>
        <w:t>15 июня 1982 года, г. Москва</w:t>
      </w:r>
      <w:r>
        <w:t xml:space="preserve">, паспорт </w:t>
      </w:r>
      <w:r>
        <w:rPr>
          <w:i/>
          <w:color w:val="854D0E"/>
        </w:rPr>
        <w:t>гражданина РФ 45 12 № 900802, выдан 20 июля 2012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32</w:t>
      </w:r>
      <w:r>
        <w:t>.</w:t>
      </w:r>
    </w:p>
    <w:p>
      <w:pPr>
        <w:ind w:firstLine="283"/>
      </w:pPr>
      <w:r>
        <w:t xml:space="preserve">Продавец 3: </w:t>
      </w:r>
      <w:r>
        <w:rPr>
          <w:i/>
          <w:color w:val="854D0E"/>
        </w:rPr>
        <w:t>Орлов Михаил Игоревич</w:t>
      </w:r>
      <w:r>
        <w:t xml:space="preserve">, дата и место рождения </w:t>
      </w:r>
      <w:r>
        <w:rPr>
          <w:i/>
          <w:color w:val="854D0E"/>
        </w:rPr>
        <w:t>20 августа 1984 года, г. Москва</w:t>
      </w:r>
      <w:r>
        <w:t xml:space="preserve">, паспорт </w:t>
      </w:r>
      <w:r>
        <w:rPr>
          <w:i/>
          <w:color w:val="854D0E"/>
        </w:rPr>
        <w:t>гражданина РФ 45 14 № 900803, выдан 1 сентября 2014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33</w:t>
      </w:r>
      <w:r>
        <w:t>.</w:t>
      </w:r>
    </w:p>
    <w:p>
      <w:pPr>
        <w:ind w:firstLine="283"/>
      </w:pPr>
      <w:r>
        <w:t xml:space="preserve">Покупатель: </w:t>
      </w:r>
      <w:r>
        <w:rPr>
          <w:i/>
          <w:color w:val="854D0E"/>
        </w:rPr>
        <w:t>Васильева Ирина Алексеевна</w:t>
      </w:r>
      <w:r>
        <w:t xml:space="preserve">, дата и место рождения </w:t>
      </w:r>
      <w:r>
        <w:rPr>
          <w:i/>
          <w:color w:val="854D0E"/>
        </w:rPr>
        <w:t>10 февраля 1985 года, г. Москва</w:t>
      </w:r>
      <w:r>
        <w:t xml:space="preserve">, паспорт </w:t>
      </w:r>
      <w:r>
        <w:rPr>
          <w:i/>
          <w:color w:val="854D0E"/>
        </w:rPr>
        <w:t>гражданина РФ 45 15 № 900804, выдан 15 марта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34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ind w:firstLine="283"/>
      </w:pPr>
      <w:r>
        <w:t xml:space="preserve">Продавцы одновременно продают все принадлежащие им доли, составляющие в сумме право на всю квартиру, а покупатель приобретает квартиру целиком: </w:t>
      </w:r>
      <w:r>
        <w:rPr>
          <w:i/>
          <w:color w:val="854D0E"/>
        </w:rPr>
        <w:t>г. Москва, ул. Новогиреевская, д. 24, корп. 3, кв. 61</w:t>
      </w:r>
      <w:r>
        <w:t xml:space="preserve">, кадастровый номер </w:t>
      </w:r>
      <w:r>
        <w:rPr>
          <w:i/>
          <w:color w:val="854D0E"/>
        </w:rPr>
        <w:t>77:03:0006012:900361</w:t>
      </w:r>
      <w:r>
        <w:t xml:space="preserve">, общая площадь </w:t>
      </w:r>
      <w:r>
        <w:rPr>
          <w:i/>
          <w:color w:val="854D0E"/>
        </w:rPr>
        <w:t>68,4</w:t>
      </w:r>
      <w:r>
        <w:t xml:space="preserve"> кв. м, </w:t>
      </w:r>
      <w:r>
        <w:rPr>
          <w:i/>
          <w:color w:val="854D0E"/>
        </w:rPr>
        <w:t>трёхкомнатная квартира, шестой этаж, жилое назначение</w:t>
      </w:r>
      <w:r>
        <w:t>.</w:t>
      </w:r>
    </w:p>
    <w:p>
      <w:pPr>
        <w:ind w:firstLine="283"/>
      </w:pPr>
      <w:r>
        <w:t xml:space="preserve">Продавцу 1 принадлежит </w:t>
      </w:r>
      <w:r>
        <w:rPr>
          <w:i/>
          <w:color w:val="854D0E"/>
        </w:rPr>
        <w:t>1/2</w:t>
      </w:r>
      <w:r>
        <w:t xml:space="preserve"> доли на основании </w:t>
      </w:r>
      <w:r>
        <w:rPr>
          <w:i/>
          <w:color w:val="854D0E"/>
        </w:rPr>
        <w:t>свидетельства о праве на наследство по завещанию от 20 июля 2021 года, реестровый № 77/900-н/77-2021-101</w:t>
      </w:r>
      <w:r>
        <w:t xml:space="preserve">; запись ЕГРН </w:t>
      </w:r>
      <w:r>
        <w:rPr>
          <w:i/>
          <w:color w:val="854D0E"/>
        </w:rPr>
        <w:t>№ 77:03:0006012:900361-77/001/2021-1 от 27 июля 2021 года</w:t>
      </w:r>
      <w:r>
        <w:t>.</w:t>
      </w:r>
    </w:p>
    <w:p>
      <w:pPr>
        <w:ind w:firstLine="283"/>
      </w:pPr>
      <w:r>
        <w:t xml:space="preserve">Продавцу 2 принадлежит </w:t>
      </w:r>
      <w:r>
        <w:rPr>
          <w:i/>
          <w:color w:val="854D0E"/>
        </w:rPr>
        <w:t>1/4</w:t>
      </w:r>
      <w:r>
        <w:t xml:space="preserve"> доли на основании </w:t>
      </w:r>
      <w:r>
        <w:rPr>
          <w:i/>
          <w:color w:val="854D0E"/>
        </w:rPr>
        <w:t>свидетельства о праве на наследство по завещанию от 20 июля 2021 года, реестровый № 77/900-н/77-2021-102</w:t>
      </w:r>
      <w:r>
        <w:t xml:space="preserve">; запись ЕГРН </w:t>
      </w:r>
      <w:r>
        <w:rPr>
          <w:i/>
          <w:color w:val="854D0E"/>
        </w:rPr>
        <w:t>№ 77:03:0006012:900361-77/001/2021-2 от 27 июля 2021 года</w:t>
      </w:r>
      <w:r>
        <w:t>.</w:t>
      </w:r>
    </w:p>
    <w:p>
      <w:pPr>
        <w:ind w:firstLine="283"/>
      </w:pPr>
      <w:r>
        <w:t xml:space="preserve">Продавцу 3 принадлежит </w:t>
      </w:r>
      <w:r>
        <w:rPr>
          <w:i/>
          <w:color w:val="854D0E"/>
        </w:rPr>
        <w:t>1/4</w:t>
      </w:r>
      <w:r>
        <w:t xml:space="preserve"> доли на основании </w:t>
      </w:r>
      <w:r>
        <w:rPr>
          <w:i/>
          <w:color w:val="854D0E"/>
        </w:rPr>
        <w:t>свидетельства о праве на наследство по завещанию от 20 июля 2021 года, реестровый № 77/900-н/77-2021-103</w:t>
      </w:r>
      <w:r>
        <w:t xml:space="preserve">; запись ЕГРН </w:t>
      </w:r>
      <w:r>
        <w:rPr>
          <w:i/>
          <w:color w:val="854D0E"/>
        </w:rPr>
        <w:t>№ 77:03:0006012:900361-77/001/2021-3 от 27 июля 2021 года</w:t>
      </w:r>
      <w:r>
        <w:t>.</w:t>
      </w:r>
    </w:p>
    <w:p>
      <w:pPr>
        <w:ind w:firstLine="283"/>
      </w:pPr>
      <w:r>
        <w:t>Все продавцы лично и одновременно отчуждают все свои доли одному покупателю. После государственной регистрации перехода всех прав покупатель приобретает квартиру целиком.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и расчёты</w:t>
      </w:r>
    </w:p>
    <w:p>
      <w:pPr>
        <w:ind w:firstLine="283"/>
      </w:pPr>
      <w:r>
        <w:t xml:space="preserve">Общая согласованная цена квартиры составляет </w:t>
      </w:r>
      <w:r>
        <w:rPr>
          <w:i/>
          <w:color w:val="854D0E"/>
        </w:rPr>
        <w:t>12 000 000</w:t>
      </w:r>
      <w:r>
        <w:t xml:space="preserve"> рублей.</w:t>
      </w:r>
    </w:p>
    <w:p>
      <w:pPr>
        <w:ind w:firstLine="283"/>
      </w:pPr>
      <w:r>
        <w:t xml:space="preserve">Из общей цены продавцу 1 причитается </w:t>
      </w:r>
      <w:r>
        <w:rPr>
          <w:i/>
          <w:color w:val="854D0E"/>
        </w:rPr>
        <w:t>6 000 000</w:t>
      </w:r>
      <w:r>
        <w:t xml:space="preserve"> рублей. Покупатель перечисляет эту сумму на счёт продавца 1: </w:t>
      </w:r>
      <w:r>
        <w:rPr>
          <w:i/>
          <w:color w:val="854D0E"/>
        </w:rPr>
        <w:t>счёт 40817810800000001001 в ПАО Сбербанк, БИК 044525225, корреспондентский счёт 30101810400000000225</w:t>
      </w:r>
      <w:r>
        <w:t xml:space="preserve">, в срок </w:t>
      </w:r>
      <w:r>
        <w:rPr>
          <w:i/>
          <w:color w:val="854D0E"/>
        </w:rPr>
        <w:t>не более трёх рабочих дней</w:t>
      </w:r>
      <w:r>
        <w:t xml:space="preserve"> после государственной регистрации перехода всех долей к покупателю. Исполнение подтверждается документом банка о зачислении на указанный счёт.</w:t>
      </w:r>
    </w:p>
    <w:p>
      <w:pPr>
        <w:ind w:firstLine="283"/>
      </w:pPr>
      <w:r>
        <w:t xml:space="preserve">Из общей цены продавцу 2 причитается </w:t>
      </w:r>
      <w:r>
        <w:rPr>
          <w:i/>
          <w:color w:val="854D0E"/>
        </w:rPr>
        <w:t>3 000 000</w:t>
      </w:r>
      <w:r>
        <w:t xml:space="preserve"> рублей. Покупатель перечисляет эту сумму на счёт продавца 2: </w:t>
      </w:r>
      <w:r>
        <w:rPr>
          <w:i/>
          <w:color w:val="854D0E"/>
        </w:rPr>
        <w:t>счёт 40817810800000001002 в ПАО Сбербанк, БИК 044525225, корреспондентский счёт 30101810400000000225</w:t>
      </w:r>
      <w:r>
        <w:t xml:space="preserve">, в срок </w:t>
      </w:r>
      <w:r>
        <w:rPr>
          <w:i/>
          <w:color w:val="854D0E"/>
        </w:rPr>
        <w:t>не более трёх рабочих дней</w:t>
      </w:r>
      <w:r>
        <w:t xml:space="preserve"> после государственной регистрации перехода всех долей к покупателю. Исполнение подтверждается документом банка о зачислении на указанный счёт.</w:t>
      </w:r>
    </w:p>
    <w:p>
      <w:pPr>
        <w:ind w:firstLine="283"/>
      </w:pPr>
      <w:r>
        <w:t xml:space="preserve">Из общей цены продавцу 3 причитается </w:t>
      </w:r>
      <w:r>
        <w:rPr>
          <w:i/>
          <w:color w:val="854D0E"/>
        </w:rPr>
        <w:t>3 000 000</w:t>
      </w:r>
      <w:r>
        <w:t xml:space="preserve"> рублей. Покупатель перечисляет эту сумму на счёт продавца 3: </w:t>
      </w:r>
      <w:r>
        <w:rPr>
          <w:i/>
          <w:color w:val="854D0E"/>
        </w:rPr>
        <w:t>счёт 40817810800000001003 в ПАО Сбербанк, БИК 044525225, корреспондентский счёт 30101810400000000225</w:t>
      </w:r>
      <w:r>
        <w:t xml:space="preserve">, в срок </w:t>
      </w:r>
      <w:r>
        <w:rPr>
          <w:i/>
          <w:color w:val="854D0E"/>
        </w:rPr>
        <w:t>не более трёх рабочих дней</w:t>
      </w:r>
      <w:r>
        <w:t xml:space="preserve"> после государственной регистрации перехода всех долей к покупателю. Исполнение подтверждается документом банка о зачислении на указанный счёт.</w:t>
      </w:r>
    </w:p>
    <w:p>
      <w:pPr>
        <w:ind w:firstLine="283"/>
      </w:pPr>
      <w:r>
        <w:t>Сумма платежей всем продавцам равна общей цене. До государственной регистрации деньги по настоящему порядку не перечисляются. При приостановлении регистрации срок, исчисляемый после её завершения, не наступает; стороны устраняют указанные органом регистрации причины. При отказе в регистрации оплата по этому условию не производится, а дальнейшая судьба договора согласуется отдельно либо определяется в установленном законом порядке. Сам отказ не объявляется автоматическим расторжением договора.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Правовое состояние квартиры</w:t>
      </w:r>
    </w:p>
    <w:p>
      <w:pPr>
        <w:ind w:firstLine="283"/>
      </w:pPr>
      <w:r>
        <w:t xml:space="preserve">Продавцы подтверждают, что отчуждаемые доли являются их личным имуществом, не входят в неразделённую общую собственность супругов, не заложены, не арестованы, не обременены правами арендаторов и не находятся под запретом. Основания этих сведений: </w:t>
      </w:r>
      <w:r>
        <w:rPr>
          <w:i/>
          <w:color w:val="854D0E"/>
        </w:rPr>
        <w:t>выписки ЕГРН от 8 сентября 2026 года и свидетельства о наследстве; отсутствуют зарегистрированные ограничения, супруги не имеют общей собственности на эти доли</w:t>
      </w:r>
      <w:r>
        <w:t xml:space="preserve">. Лиц, сохраняющих право пользования квартирой после продажи, нет, что подтверждается </w:t>
      </w:r>
      <w:r>
        <w:rPr>
          <w:i/>
          <w:color w:val="854D0E"/>
        </w:rPr>
        <w:t>сведениями о проживающих и проверкой оснований пользования; лиц с сохраняющимся правом не установлено</w:t>
      </w:r>
      <w:r>
        <w:t>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Передача и регистрация</w:t>
      </w:r>
    </w:p>
    <w:p>
      <w:pPr>
        <w:ind w:firstLine="283"/>
      </w:pPr>
      <w:r>
        <w:t xml:space="preserve">Стороны подают документы на государственную регистрацию перехода прав в срок </w:t>
      </w:r>
      <w:r>
        <w:rPr>
          <w:i/>
          <w:color w:val="854D0E"/>
        </w:rPr>
        <w:t>не более трёх рабочих дней после подписания договора</w:t>
      </w:r>
      <w:r>
        <w:t xml:space="preserve">. Расходы, связанные с оформлением сделки и регистрацией, распределяются так: </w:t>
      </w:r>
      <w:r>
        <w:rPr>
          <w:i/>
          <w:color w:val="854D0E"/>
        </w:rPr>
        <w:t>покупатель несёт свою регистрационную пошлину; каждый оплачивает собственные банковские расходы, иные согласованные расходы отсутствуют</w:t>
      </w:r>
      <w:r>
        <w:t>.</w:t>
      </w:r>
    </w:p>
    <w:p>
      <w:pPr>
        <w:ind w:firstLine="283"/>
      </w:pPr>
      <w:r>
        <w:t xml:space="preserve">Продавцы освобождают квартиру и совместно передают её, ключи и документы покупателю по отдельному передаточному акту в срок </w:t>
      </w:r>
      <w:r>
        <w:rPr>
          <w:i/>
          <w:color w:val="854D0E"/>
        </w:rPr>
        <w:t>не более двух календарных дней</w:t>
      </w:r>
      <w:r>
        <w:t xml:space="preserve"> после </w:t>
      </w:r>
      <w:r>
        <w:rPr>
          <w:i/>
          <w:color w:val="854D0E"/>
        </w:rPr>
        <w:t>зачисления полной цены всем продавцам</w:t>
      </w:r>
      <w:r>
        <w:t>. В акте указываются фактическое состояние, замечания, переданные ключи, документы и показания приборов учёта. Покупатель принимает квартиру в согласованном порядке. Переход права собственности подлежит государственной регистрации и не подменяется подписанием акта.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Заключительные условия</w:t>
      </w:r>
    </w:p>
    <w:p>
      <w:pPr>
        <w:ind w:firstLine="283"/>
      </w:pPr>
      <w:r>
        <w:t>Стороны лично подписывают настоящий договор. Изменение его условий оформляется в надлежащей для сделки форме. Неисполнение обязательств разрешается по договору и закону; настоящее соглашение не устанавливает автоматического возврата зарегистрированного права продавцам. Содержание договора прочитано сторонами, условия цены, платежей и передачи согласованы.</w:t>
      </w:r>
    </w:p>
    <w:p>
      <w:pPr>
        <w:ind w:firstLine="283"/>
      </w:pPr>
      <w:r>
        <w:t>Реквизиты и подписи:</w:t>
      </w:r>
    </w:p>
    <w:p>
      <w:pPr>
        <w:keepNext/>
        <w:ind w:firstLine="283"/>
      </w:pPr>
      <w:r>
        <w:t>Продавец 1: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Алексей Николаевич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2: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Сидоров Павел Олегович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Продавец 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Михаил Игоревич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Васильева Ирина Алексеевна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всей квартиры тремя продавцами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