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Кому: </w:t>
            </w:r>
            <w:r>
              <w:rPr>
                <w:i/>
                <w:color w:val="854D0E"/>
                <w:sz w:val="24"/>
              </w:rPr>
              <w:t>Калинину Максиму Игоревичу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33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Фроловой Ирины Сергеевны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34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Контакт: </w:t>
            </w:r>
            <w:r>
              <w:rPr>
                <w:i/>
                <w:color w:val="854D0E"/>
                <w:sz w:val="24"/>
              </w:rPr>
              <w:t>i.frolova@example.org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ТРЕБОВАНИЕ</w:t>
      </w:r>
    </w:p>
    <w:p>
      <w:pPr>
        <w:ind w:firstLine="283"/>
      </w:pPr>
      <w:r>
        <w:t>освободить квартиру после перехода права собственности</w:t>
      </w:r>
    </w:p>
    <w:p>
      <w:pPr>
        <w:ind w:firstLine="283"/>
      </w:pPr>
      <w:r>
        <w:t xml:space="preserve">По договору купли-продажи от </w:t>
      </w:r>
      <w:r>
        <w:rPr>
          <w:i/>
          <w:color w:val="854D0E"/>
        </w:rPr>
        <w:t>1 октября 2026 года</w:t>
      </w:r>
      <w:r>
        <w:t xml:space="preserve"> № </w:t>
      </w:r>
      <w:r>
        <w:rPr>
          <w:i/>
          <w:color w:val="854D0E"/>
        </w:rPr>
        <w:t>КП-33/26</w:t>
      </w:r>
      <w:r>
        <w:t xml:space="preserve"> я приобрела квартиру </w:t>
      </w:r>
      <w:r>
        <w:rPr>
          <w:i/>
          <w:color w:val="854D0E"/>
        </w:rPr>
        <w:t>г. Москва, Ореховый бульвар, д. 10, корп. 1, кв. 33</w:t>
      </w:r>
      <w:r>
        <w:t xml:space="preserve">, кадастровый номер </w:t>
      </w:r>
      <w:r>
        <w:rPr>
          <w:i/>
          <w:color w:val="854D0E"/>
        </w:rPr>
        <w:t>77:05:0000000:9533</w:t>
      </w:r>
      <w:r>
        <w:t xml:space="preserve">. Переход права зарегистрирован </w:t>
      </w:r>
      <w:r>
        <w:rPr>
          <w:i/>
          <w:color w:val="854D0E"/>
        </w:rPr>
        <w:t>7 октября 2026 года</w:t>
      </w:r>
      <w:r>
        <w:t xml:space="preserve">, запись № </w:t>
      </w:r>
      <w:r>
        <w:rPr>
          <w:i/>
          <w:color w:val="854D0E"/>
        </w:rPr>
        <w:t>77:05:0000000:9533-77/051/2026-1</w:t>
      </w:r>
      <w:r>
        <w:t xml:space="preserve">. По пункту </w:t>
      </w:r>
      <w:r>
        <w:rPr>
          <w:i/>
          <w:color w:val="854D0E"/>
        </w:rPr>
        <w:t>4.2</w:t>
      </w:r>
      <w:r>
        <w:t xml:space="preserve"> договора Вы должны были освободить квартиру до </w:t>
      </w:r>
      <w:r>
        <w:rPr>
          <w:i/>
          <w:color w:val="854D0E"/>
        </w:rPr>
        <w:t>15 октября 2026 года</w:t>
      </w:r>
      <w:r>
        <w:t>, но продолжаете проживать в ней.</w:t>
      </w:r>
    </w:p>
    <w:p>
      <w:pPr>
        <w:ind w:firstLine="283"/>
      </w:pPr>
      <w:r>
        <w:t>Договор не сохраняет за Вами самостоятельного права пользования; иных оснований продолжать проживание мне не известно. Если Вы полагаете, что такое право имеется, прошу представить его основание и документы, а не считать этот вопрос решённым одним письмом.</w:t>
      </w:r>
    </w:p>
    <w:p>
      <w:pPr>
        <w:ind w:firstLine="283"/>
      </w:pPr>
      <w:r>
        <w:t xml:space="preserve">Прошу до </w:t>
      </w:r>
      <w:r>
        <w:rPr>
          <w:i/>
          <w:color w:val="854D0E"/>
        </w:rPr>
        <w:t>10 ноября 2026 года</w:t>
      </w:r>
      <w:r>
        <w:t xml:space="preserve"> освободить квартиру от проживания и Ваших вещей, согласовать передачу ключей и фактическую передачу квартиры по указанному контакту. При отказе я вправе обратиться за судебной защитой при наличии установленных законом оснований.</w:t>
      </w:r>
    </w:p>
    <w:p>
      <w:pPr>
        <w:ind w:firstLine="283"/>
      </w:pPr>
      <w:r>
        <w:t>Письмо не является вступившим в силу решением суда или разрешением на самостоятельное выселение. Замена замков, удаление вещей и принуждение этим документом не разрешаются. Копию письма и подтверждения доставки сохраняю.</w:t>
      </w:r>
    </w:p>
    <w:p>
      <w:pPr>
        <w:ind w:firstLine="283"/>
      </w:pPr>
      <w:r>
        <w:t>Приложение: копия выписки ЕГРН с указанной записью права; копия соответствующего условия договора о передаче квартиры.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30 октября 2026 года</w:t>
      </w:r>
      <w:r/>
    </w:p>
    <w:p>
      <w:pPr>
        <w:ind w:firstLine="283"/>
      </w:pPr>
      <w:r>
        <w:t xml:space="preserve">Собственница: ________________ / </w:t>
      </w:r>
      <w:r>
        <w:rPr>
          <w:i/>
          <w:color w:val="854D0E"/>
        </w:rPr>
        <w:t>Фролова Ирина Сергеевна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Досудебное требование нового собственника прежнему владельцу освободить квартиру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