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Инспекцию Федеральной налоговой службы № 24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115201, г. Москва, Старокаширское шоссе, д. 4, корп.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От: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ФИО: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Адрес для направления ответа: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</w:t>
      </w:r>
    </w:p>
    <w:p>
      <w:pPr>
        <w:ind w:firstLine="283"/>
      </w:pPr>
      <w:r>
        <w:t>Сообщаю информацию о возможной сдаче жилого помещения по адресу:</w:t>
      </w:r>
    </w:p>
    <w:p>
      <w:pPr>
        <w:ind w:firstLine="283"/>
      </w:pPr>
      <w:r/>
      <w:r>
        <w:rPr>
          <w:i/>
          <w:color w:val="854D0E"/>
        </w:rPr>
        <w:t>г. Москва, Ореховый бульвар, д. 10, корп. 1, кв. 14</w:t>
      </w:r>
      <w:r/>
    </w:p>
    <w:p>
      <w:pPr>
        <w:ind w:firstLine="283"/>
      </w:pPr>
      <w:r>
        <w:t>Мне известно следующее: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сентября 2026 года</w:t>
      </w:r>
      <w:r>
        <w:t xml:space="preserve"> в квартире проживают ранее незнакомые мне люди. </w:t>
      </w:r>
      <w:r>
        <w:rPr>
          <w:i/>
          <w:color w:val="854D0E"/>
        </w:rPr>
        <w:t>5 октября 2026 года</w:t>
      </w:r>
      <w:r>
        <w:t xml:space="preserve"> при разговоре в общем коридоре один из проживающих сообщил мне, что снимает эту квартиру за плату. Имен проживающих, размера платы и условий договора я не знаю; документов о найме и передаче денег у меня нет.</w:t>
      </w:r>
    </w:p>
    <w:p>
      <w:pPr>
        <w:ind w:firstLine="283"/>
      </w:pPr>
      <w:r>
        <w:t>Сведения о собственнике:</w:t>
      </w:r>
    </w:p>
    <w:p>
      <w:pPr>
        <w:ind w:firstLine="283"/>
      </w:pPr>
      <w:r>
        <w:t>ФИО собственника мне неизвестны. Известен только указанный выше адрес квартиры.</w:t>
      </w:r>
    </w:p>
    <w:p>
      <w:pPr>
        <w:ind w:firstLine="283"/>
      </w:pPr>
      <w:r>
        <w:t>Мне неизвестно, получает ли собственник доход от сдачи квартиры и исполняет ли он налоговые обязанности.</w:t>
      </w:r>
    </w:p>
    <w:p>
      <w:pPr>
        <w:ind w:firstLine="283"/>
      </w:pPr>
      <w:r>
        <w:t>Прошу рассмотреть указанную информацию в пределах компетенции налогового органа и сообщить о результате рассмотрения обращения.</w:t>
      </w:r>
    </w:p>
    <w:p>
      <w:pPr>
        <w:spacing w:before="120"/>
        <w:ind w:firstLine="283"/>
      </w:pPr>
      <w:r>
        <w:t>Приложения:</w:t>
      </w:r>
    </w:p>
    <w:p>
      <w:pPr>
        <w:keepNext/>
        <w:ind w:firstLine="283"/>
      </w:pPr>
      <w:r>
        <w:t>Не прилагаются: подтверждающих документов у меня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 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обращение в ФНС о возможной сдаче соседской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