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АВТОБИОГРАФИЯ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Ирина Андреевна</w:t>
      </w:r>
      <w:r>
        <w:t xml:space="preserve">, родилась </w:t>
      </w:r>
      <w:r>
        <w:rPr>
          <w:i/>
          <w:color w:val="854D0E"/>
        </w:rPr>
        <w:t>17 сентября 1988 года</w:t>
      </w:r>
      <w:r>
        <w:t xml:space="preserve"> в </w:t>
      </w:r>
      <w:r>
        <w:rPr>
          <w:i/>
          <w:color w:val="854D0E"/>
        </w:rPr>
        <w:t>г. Москве</w:t>
      </w:r>
      <w:r>
        <w:t>.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2006</w:t>
      </w:r>
      <w:r>
        <w:t xml:space="preserve"> году получила среднее общее образование. В </w:t>
      </w:r>
      <w:r>
        <w:rPr>
          <w:i/>
          <w:color w:val="854D0E"/>
        </w:rPr>
        <w:t>2010</w:t>
      </w:r>
      <w:r>
        <w:t xml:space="preserve"> году получила </w:t>
      </w:r>
      <w:r>
        <w:rPr>
          <w:i/>
          <w:color w:val="854D0E"/>
        </w:rPr>
        <w:t>среднее профессиональное образование, квалификацию бухгалтера</w:t>
      </w:r>
      <w:r>
        <w:t>.</w:t>
      </w:r>
    </w:p>
    <w:p>
      <w:pPr>
        <w:ind w:firstLine="283"/>
      </w:pPr>
      <w:r>
        <w:t xml:space="preserve">С </w:t>
      </w:r>
      <w:r>
        <w:rPr>
          <w:i/>
          <w:color w:val="854D0E"/>
        </w:rPr>
        <w:t>2016</w:t>
      </w:r>
      <w:r>
        <w:t xml:space="preserve"> года по настоящее время работаю </w:t>
      </w:r>
      <w:r>
        <w:rPr>
          <w:i/>
          <w:color w:val="854D0E"/>
        </w:rPr>
        <w:t>бухгалтером</w:t>
      </w:r>
      <w:r>
        <w:t xml:space="preserve"> в </w:t>
      </w:r>
      <w:r>
        <w:rPr>
          <w:i/>
          <w:color w:val="854D0E"/>
        </w:rPr>
        <w:t>ООО «Северная мастерская» (условная организация)</w:t>
      </w:r>
      <w:r>
        <w:t>. Основные обязанности: ведение первичных документов и расчётов с поставщиками.</w:t>
      </w:r>
    </w:p>
    <w:p>
      <w:pPr>
        <w:ind w:firstLine="283"/>
      </w:pPr>
      <w:r>
        <w:t xml:space="preserve">В браке не состою, детей нет. Проживаю в </w:t>
      </w:r>
      <w:r>
        <w:rPr>
          <w:i/>
          <w:color w:val="854D0E"/>
        </w:rPr>
        <w:t>городе Москве</w:t>
      </w:r>
      <w:r>
        <w:t>. Совместно со мной другие лица не проживают.</w:t>
      </w:r>
    </w:p>
    <w:p>
      <w:pPr>
        <w:ind w:firstLine="283"/>
      </w:pPr>
      <w:r>
        <w:t xml:space="preserve">Хочу стать усыновителем ребёнка, оставшегося без попечения родителей. Мотивы принятия ребёнка в семью: хочу воспитывать ребёнка в семье, готова учитывать его здоровье, прошлый опыт и сохранять безопасные отношения с близкими ему людьми. Опыт общения и заботы о детях: регулярно помогала сестре в уходе за её сыном с </w:t>
      </w:r>
      <w:r>
        <w:rPr>
          <w:i/>
          <w:color w:val="854D0E"/>
        </w:rPr>
        <w:t>2019</w:t>
      </w:r>
      <w:r>
        <w:t xml:space="preserve"> по </w:t>
      </w:r>
      <w:r>
        <w:rPr>
          <w:i/>
          <w:color w:val="854D0E"/>
        </w:rPr>
        <w:t>2025</w:t>
      </w:r>
      <w:r>
        <w:t xml:space="preserve"> год.</w:t>
      </w:r>
    </w:p>
    <w:p>
      <w:pPr>
        <w:ind w:firstLine="283"/>
      </w:pPr>
      <w:r>
        <w:t>Сведения об изменении фамилии: фамилию не меняла. Указанные сведения соответствуют действительности.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29 октября 2026 года</w:t>
      </w:r>
      <w:r/>
    </w:p>
    <w:p>
      <w:pPr>
        <w:ind w:firstLine="283"/>
      </w:pPr>
      <w:r>
        <w:t xml:space="preserve">Заявительница: ________________ / </w:t>
      </w:r>
      <w:r>
        <w:rPr>
          <w:i/>
          <w:color w:val="854D0E"/>
        </w:rPr>
        <w:t>Соколова Ирина Андреевна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автобиография одинокой кандидатки в усыновители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