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СОГЛАСИЕ СУПРУГИ</w:t>
      </w:r>
    </w:p>
    <w:p>
      <w:pPr>
        <w:ind w:firstLine="283"/>
      </w:pPr>
      <w:r>
        <w:t>на усыновление ребёнка её супругом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Марина Викторовна</w:t>
      </w:r>
      <w:r>
        <w:t xml:space="preserve"> (дата рождения: </w:t>
      </w:r>
      <w:r>
        <w:rPr>
          <w:i/>
          <w:color w:val="854D0E"/>
        </w:rPr>
        <w:t>14 апреля 1986 года</w:t>
      </w:r>
      <w:r>
        <w:t xml:space="preserve">), паспорт </w:t>
      </w:r>
      <w:r>
        <w:rPr>
          <w:i/>
          <w:color w:val="854D0E"/>
        </w:rPr>
        <w:t>45 24 654321</w:t>
      </w:r>
      <w:r>
        <w:t xml:space="preserve">, место жительства: </w:t>
      </w:r>
      <w:r>
        <w:rPr>
          <w:i/>
          <w:color w:val="854D0E"/>
        </w:rPr>
        <w:t>г. Москва, Ореховый бульвар, д. 10, корп. 1, кв. 26</w:t>
      </w:r>
      <w:r>
        <w:t xml:space="preserve">, состою в зарегистрированном браке с </w:t>
      </w:r>
      <w:r>
        <w:rPr>
          <w:i/>
          <w:color w:val="854D0E"/>
        </w:rPr>
        <w:t>Соколовым Андреем Павловичем</w:t>
      </w:r>
      <w:r>
        <w:t xml:space="preserve"> (дата рождения: </w:t>
      </w:r>
      <w:r>
        <w:rPr>
          <w:i/>
          <w:color w:val="854D0E"/>
        </w:rPr>
        <w:t>8 июня 1983 года</w:t>
      </w:r>
      <w:r>
        <w:t xml:space="preserve">). Брак зарегистрирован </w:t>
      </w:r>
      <w:r>
        <w:rPr>
          <w:i/>
          <w:color w:val="854D0E"/>
        </w:rPr>
        <w:t>18 августа 2022 года</w:t>
      </w:r>
      <w:r>
        <w:t xml:space="preserve">, запись № </w:t>
      </w:r>
      <w:r>
        <w:rPr>
          <w:i/>
          <w:color w:val="854D0E"/>
        </w:rPr>
        <w:t>777</w:t>
      </w:r>
      <w:r>
        <w:t>.</w:t>
      </w:r>
    </w:p>
    <w:p>
      <w:pPr>
        <w:ind w:firstLine="283"/>
      </w:pPr>
      <w:r>
        <w:t xml:space="preserve">Даю согласие как супруга усыновителя на усыновление моим супругом ребёнка </w:t>
      </w:r>
      <w:r>
        <w:rPr>
          <w:i/>
          <w:color w:val="854D0E"/>
        </w:rPr>
        <w:t>Орловой Елены Сергеевны</w:t>
      </w:r>
      <w:r>
        <w:t xml:space="preserve"> (дата рождения: </w:t>
      </w:r>
      <w:r>
        <w:rPr>
          <w:i/>
          <w:color w:val="854D0E"/>
        </w:rPr>
        <w:t>12 мая 2019 года</w:t>
      </w:r>
      <w:r>
        <w:t>).</w:t>
      </w:r>
    </w:p>
    <w:p>
      <w:pPr>
        <w:ind w:firstLine="283"/>
      </w:pPr>
      <w:r>
        <w:t>Согласие на усыновление как родитель ребёнка я выражаю отдельно от настоящего согласия супруги усыновителя.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29 октября 2026 года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Соколова Марина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Отдельное согласие супруги усыновителя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