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ПОДТВЕРЖДЕНИЕ факта и периода фактического ухода</w:t>
      </w:r>
    </w:p>
    <w:p>
      <w:pPr>
        <w:ind w:firstLine="283"/>
      </w:pPr>
      <w:r>
        <w:t xml:space="preserve">Я, </w:t>
      </w:r>
      <w:r>
        <w:rPr>
          <w:i/>
          <w:color w:val="854D0E"/>
        </w:rPr>
        <w:t>Фролова Мария Ивановна</w:t>
      </w:r>
      <w:r>
        <w:t xml:space="preserve">, дата рождения </w:t>
      </w:r>
      <w:r>
        <w:rPr>
          <w:i/>
          <w:color w:val="854D0E"/>
        </w:rPr>
        <w:t>8 февраля 1942 года</w:t>
      </w:r>
      <w:r>
        <w:t xml:space="preserve">, паспорт серия и номер </w:t>
      </w:r>
      <w:r>
        <w:rPr>
          <w:i/>
          <w:color w:val="854D0E"/>
        </w:rPr>
        <w:t>45 22 510101</w:t>
      </w:r>
      <w:r>
        <w:t xml:space="preserve">, проживаю по адресу </w:t>
      </w:r>
      <w:r>
        <w:rPr>
          <w:i/>
          <w:color w:val="854D0E"/>
        </w:rPr>
        <w:t>г. Тула, ул. Металлургов, д. 7, кв. 61</w:t>
      </w:r>
      <w:r>
        <w:t>. В подтверждаемом периоде мне уже исполнилось 80 лет; понимаю содержание текста и подписываю его лично.</w:t>
      </w:r>
    </w:p>
    <w:p>
      <w:pPr>
        <w:ind w:firstLine="283"/>
      </w:pPr>
      <w:r>
        <w:t xml:space="preserve">Подтверждаю, что </w:t>
      </w:r>
      <w:r>
        <w:rPr>
          <w:i/>
          <w:color w:val="854D0E"/>
        </w:rPr>
        <w:t>Фролова Алёна Павловна</w:t>
      </w:r>
      <w:r>
        <w:t xml:space="preserve">, дата рождения </w:t>
      </w:r>
      <w:r>
        <w:rPr>
          <w:i/>
          <w:color w:val="854D0E"/>
        </w:rPr>
        <w:t>12 июня 1985 года</w:t>
      </w:r>
      <w:r>
        <w:t xml:space="preserve">, проживающая отдельно по адресу </w:t>
      </w:r>
      <w:r>
        <w:rPr>
          <w:i/>
          <w:color w:val="854D0E"/>
        </w:rPr>
        <w:t>г. Тула, ул. Металлургов, д. 7, кв. 62</w:t>
      </w:r>
      <w:r>
        <w:t xml:space="preserve">, фактически осуществляла за мной уход с </w:t>
      </w:r>
      <w:r>
        <w:rPr>
          <w:i/>
          <w:color w:val="854D0E"/>
        </w:rPr>
        <w:t>1 января 2026 года</w:t>
      </w:r>
      <w:r>
        <w:t xml:space="preserve"> по </w:t>
      </w:r>
      <w:r>
        <w:rPr>
          <w:i/>
          <w:color w:val="854D0E"/>
        </w:rPr>
        <w:t>30 сентября 2026 года</w:t>
      </w:r>
      <w:r>
        <w:t xml:space="preserve"> включительно.</w:t>
      </w:r>
    </w:p>
    <w:p>
      <w:pPr>
        <w:ind w:firstLine="283"/>
      </w:pPr>
      <w:r>
        <w:t>В этот период она регулярно помогала мне с повседневным самообслуживанием, приготовлением пищи, уборкой и приобретением необходимых продуктов. Подтверждаю фактическую помощь за указанный период, а не только родство или обещание ухаживать в дальнейшем.</w:t>
      </w:r>
    </w:p>
    <w:p>
      <w:pPr>
        <w:ind w:firstLine="283"/>
      </w:pPr>
      <w:r>
        <w:t>Раздельное проживание указано прямо. Настоящее подтверждение предназначено для представления вместе с заявлением об установлении периода ухода по применимому порядку 2026 года; оно не устанавливает зачисление стажа или право на выплату и не заменяет другие требуемые сведения.</w:t>
      </w:r>
    </w:p>
    <w:p>
      <w:pPr>
        <w:ind w:firstLine="283"/>
      </w:pPr>
      <w:r>
        <w:t>Сведения изложены мной добровольно и соответствуют выбранным фактам. При необходимости готова подтвердить их при рассмотрении обращения.</w:t>
      </w:r>
    </w:p>
    <w:p>
      <w:pPr>
        <w:ind w:firstLine="283"/>
      </w:pPr>
      <w:r>
        <w:t xml:space="preserve">Дата подписания: </w:t>
      </w:r>
      <w:r>
        <w:rPr>
          <w:i/>
          <w:color w:val="854D0E"/>
        </w:rPr>
        <w:t>20 октября 2026 года</w:t>
      </w:r>
      <w:r/>
    </w:p>
    <w:p>
      <w:pPr>
        <w:ind w:firstLine="283"/>
      </w:pPr>
      <w:r>
        <w:t xml:space="preserve">Получательница ухода: ________________ / </w:t>
      </w:r>
      <w:r>
        <w:rPr>
          <w:i/>
          <w:color w:val="854D0E"/>
        </w:rPr>
        <w:t>Фролова Мария Ивановна</w:t>
      </w:r>
      <w:r/>
    </w:p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получателем старше 80 лет фактического ухода при раздельном проживании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