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ПРЕДЛОЖЕНИЕ о расторжении основного договора купли-продажи квартиры</w:t>
      </w:r>
    </w:p>
    <w:p>
      <w:pPr>
        <w:ind w:firstLine="283"/>
      </w:pPr>
      <w:r>
        <w:t xml:space="preserve">Покупателю </w:t>
      </w:r>
      <w:r>
        <w:rPr>
          <w:i/>
          <w:color w:val="854D0E"/>
        </w:rPr>
        <w:t>Белову Максиму Олеговичу</w:t>
      </w:r>
      <w:r>
        <w:t xml:space="preserve">, адрес </w:t>
      </w:r>
      <w:r>
        <w:rPr>
          <w:i/>
          <w:color w:val="854D0E"/>
        </w:rPr>
        <w:t>г. Москва, ул. Металлургов, д. 7, кв. 52</w:t>
      </w:r>
      <w:r>
        <w:t xml:space="preserve">. От продавца </w:t>
      </w:r>
      <w:r>
        <w:rPr>
          <w:i/>
          <w:color w:val="854D0E"/>
        </w:rPr>
        <w:t>Ильина Андрея Сергеевича</w:t>
      </w:r>
      <w:r>
        <w:t xml:space="preserve">, </w:t>
      </w:r>
      <w:r>
        <w:rPr>
          <w:i/>
          <w:color w:val="854D0E"/>
        </w:rPr>
        <w:t>г. Москва, ул. Металлургов, д. 7, кв. 51; andrey.ilin@example.org</w:t>
      </w:r>
      <w:r>
        <w:t>.</w:t>
      </w:r>
    </w:p>
    <w:p>
      <w:pPr>
        <w:ind w:firstLine="283"/>
      </w:pPr>
      <w:r>
        <w:t xml:space="preserve">Между нами заключён основной договор № </w:t>
      </w:r>
      <w:r>
        <w:rPr>
          <w:i/>
          <w:color w:val="854D0E"/>
        </w:rPr>
        <w:t>КП-114/26</w:t>
      </w:r>
      <w:r>
        <w:t xml:space="preserve"> от </w:t>
      </w:r>
      <w:r>
        <w:rPr>
          <w:i/>
          <w:color w:val="854D0E"/>
        </w:rPr>
        <w:t>10 сентября 2026 года</w:t>
      </w:r>
      <w:r>
        <w:t xml:space="preserve"> о продаже всей квартиры по адресу </w:t>
      </w:r>
      <w:r>
        <w:rPr>
          <w:i/>
          <w:color w:val="854D0E"/>
        </w:rPr>
        <w:t>г. Москва, ул. Металлургов, д. 7, кв. 53</w:t>
      </w:r>
      <w:r>
        <w:t xml:space="preserve">, кадастровый номер </w:t>
      </w:r>
      <w:r>
        <w:rPr>
          <w:i/>
          <w:color w:val="854D0E"/>
        </w:rPr>
        <w:t>77:00:0000000:991114</w:t>
      </w:r>
      <w:r>
        <w:t xml:space="preserve">. Цена составляет </w:t>
      </w:r>
      <w:r>
        <w:rPr>
          <w:i/>
          <w:color w:val="854D0E"/>
        </w:rPr>
        <w:t>8 000 000</w:t>
      </w:r>
      <w:r>
        <w:t xml:space="preserve"> рублей; полная оплата банковским переводом на счёт продавца по договору должна поступить не позднее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 xml:space="preserve">Переход права к покупателю зарегистрирован </w:t>
      </w:r>
      <w:r>
        <w:rPr>
          <w:i/>
          <w:color w:val="854D0E"/>
        </w:rPr>
        <w:t>14 сентября 2026 года</w:t>
      </w:r>
      <w:r>
        <w:t xml:space="preserve">, запись № </w:t>
      </w:r>
      <w:r>
        <w:rPr>
          <w:i/>
          <w:color w:val="854D0E"/>
        </w:rPr>
        <w:t>77:00:0000000:991114-77/001/2026-2</w:t>
      </w:r>
      <w:r>
        <w:t xml:space="preserve">. Квартира и ключи переданы по акту от </w:t>
      </w:r>
      <w:r>
        <w:rPr>
          <w:i/>
          <w:color w:val="854D0E"/>
        </w:rPr>
        <w:t>15 сентября 2026 года</w:t>
      </w:r>
      <w:r>
        <w:t xml:space="preserve">. На дату предложения срок оплаты истёк; деньги не поступили. Подтверждение: выписка по счёту продавца от </w:t>
      </w:r>
      <w:r>
        <w:rPr>
          <w:i/>
          <w:color w:val="854D0E"/>
        </w:rPr>
        <w:t>21 октября 2026 года</w:t>
      </w:r>
      <w:r>
        <w:t xml:space="preserve"> за период с </w:t>
      </w:r>
      <w:r>
        <w:rPr>
          <w:i/>
          <w:color w:val="854D0E"/>
        </w:rPr>
        <w:t>10 сентября 2026 года</w:t>
      </w:r>
      <w:r>
        <w:t xml:space="preserve"> по </w:t>
      </w:r>
      <w:r>
        <w:rPr>
          <w:i/>
          <w:color w:val="854D0E"/>
        </w:rPr>
        <w:t>21 октября 2026 года</w:t>
      </w:r>
      <w:r>
        <w:t>. Если Вы располагаете документами о платеже, прошу представить их для сверки.</w:t>
      </w:r>
    </w:p>
    <w:p>
      <w:pPr>
        <w:ind w:firstLine="283"/>
      </w:pPr>
      <w:r>
        <w:t>Предлагаю добровольно расторгнуть указанный основной договор письменным соглашением в надлежащей форме. Предлагаю согласовать возврат квартиры и ключей продавцу по акту и необходимые действия по обратному оформлению права. Продавец не получал цены или иной суммы по договору, поэтому в выбранном случае возвращать полученную цену не требуется; при подтверждении платежа расчёты нужно пересмотреть до подписания.</w:t>
      </w:r>
    </w:p>
    <w:p>
      <w:pPr>
        <w:ind w:firstLine="283"/>
      </w:pPr>
      <w:r>
        <w:t>Предлагаю согласовать даты подписания соглашения, возврата квартиры, подачи необходимых документов и распределение расходов. Это письмо само по себе не расторгает договор, не изменяет запись ЕГРН и не заменяет документ об обратной передаче.</w:t>
      </w:r>
    </w:p>
    <w:p>
      <w:pPr>
        <w:ind w:firstLine="283"/>
      </w:pPr>
      <w:r>
        <w:t>Прошу направить письменный ответ на адрес продавца в течение 30 дней со дня получения предложения. При отказе либо отсутствии ответа в этот срок вопрос о судебном расторжении и необходимых последствиях будет решаться отдельно с учётом существенности нарушения, договора и доказательств. Недействительность договора только по факту неоплаты не утверждается.</w:t>
      </w:r>
    </w:p>
    <w:p>
      <w:pPr>
        <w:ind w:firstLine="283"/>
      </w:pPr>
      <w:r>
        <w:t>Прилагаю копии основного договора, акта передачи и указанной выписки. Подтверждение направления и получения предложения сохраняется отдельно.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Продавец: ________________ / </w:t>
      </w:r>
      <w:r>
        <w:rPr>
          <w:i/>
          <w:color w:val="854D0E"/>
        </w:rPr>
        <w:t>Ильин Андрей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расторгнуть основной договор продажи квартиры при полной неоплате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