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ПРЕДЛОЖЕНИЕ О РАСТОРЖЕНИИ БРАЧНОГО ДОГОВОРА</w:t>
      </w:r>
    </w:p>
    <w:p>
      <w:pPr>
        <w:ind w:firstLine="283"/>
      </w:pPr>
      <w:r/>
      <w:r>
        <w:rPr>
          <w:i/>
          <w:color w:val="854D0E"/>
        </w:rPr>
        <w:t>Беляеву Андрею Михайловичу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71</w:t>
      </w:r>
      <w:r/>
    </w:p>
    <w:p>
      <w:pPr>
        <w:ind w:firstLine="283"/>
      </w:pPr>
      <w:r>
        <w:t xml:space="preserve">От </w:t>
      </w:r>
      <w:r>
        <w:rPr>
          <w:i/>
          <w:color w:val="854D0E"/>
        </w:rPr>
        <w:t>Беляевой Ирины Сергеевны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71</w:t>
      </w:r>
      <w:r>
        <w:t xml:space="preserve">, контакт </w:t>
      </w:r>
      <w:r>
        <w:rPr>
          <w:i/>
          <w:color w:val="854D0E"/>
        </w:rPr>
        <w:t>belyaeva126@example.org</w:t>
      </w:r>
      <w:r/>
    </w:p>
    <w:p>
      <w:pPr>
        <w:ind w:firstLine="283"/>
      </w:pPr>
      <w:r>
        <w:t xml:space="preserve">Предлагаю по взаимному согласию расторгнуть брачный договор от </w:t>
      </w:r>
      <w:r>
        <w:rPr>
          <w:i/>
          <w:color w:val="854D0E"/>
        </w:rPr>
        <w:t>12 ноября 2024 года</w:t>
      </w:r>
      <w:r>
        <w:t xml:space="preserve">, удостоверенный нотариусом </w:t>
      </w:r>
      <w:r>
        <w:rPr>
          <w:i/>
          <w:color w:val="854D0E"/>
        </w:rPr>
        <w:t>Никольской Ириной Валерьевной</w:t>
      </w:r>
      <w:r>
        <w:t xml:space="preserve"> (</w:t>
      </w:r>
      <w:r>
        <w:rPr>
          <w:i/>
          <w:color w:val="854D0E"/>
        </w:rPr>
        <w:t>Домодедовский нотариальный округ</w:t>
      </w:r>
      <w:r>
        <w:t xml:space="preserve">), реестровый № </w:t>
      </w:r>
      <w:r>
        <w:rPr>
          <w:i/>
          <w:color w:val="854D0E"/>
        </w:rPr>
        <w:t>50/126-н/50-2024-1-271</w:t>
      </w:r>
      <w:r>
        <w:t>. Предлагаемый способ — заключить и нотариально удостоверить соглашение о его расторжении.</w:t>
      </w:r>
    </w:p>
    <w:p>
      <w:pPr>
        <w:ind w:firstLine="283"/>
      </w:pPr>
      <w:r>
        <w:t>Причина предложения: мы больше не планируем раздельный режим будущих приобретений и хотим обсудить прекращение договора по взаимному согласию. В предлагаемой для обсуждения ситуации договор касался будущих приобретений; таких приобретений и исполнений за время его действия не было. Если Вы считаете, что возникли права или неисполненные обязанности, прошу указать конкретные условия и документы, чтобы отдельно обсудить последствия.</w:t>
      </w:r>
    </w:p>
    <w:p>
      <w:pPr>
        <w:ind w:firstLine="283"/>
      </w:pPr>
      <w:r>
        <w:t xml:space="preserve">Прилагаю проект соглашения и предлагаю согласовать нотариуса, дату обращения и состав необходимых документов. Прошу направить письменный ответ по адресу </w:t>
      </w:r>
      <w:r>
        <w:rPr>
          <w:i/>
          <w:color w:val="854D0E"/>
        </w:rPr>
        <w:t>Московская область, г. Домодедово, Каширское шоссе, д. 83, кв. 71</w:t>
      </w:r>
      <w:r>
        <w:t xml:space="preserve"> либо на </w:t>
      </w:r>
      <w:r>
        <w:rPr>
          <w:i/>
          <w:color w:val="854D0E"/>
        </w:rPr>
        <w:t>belyaeva126@example.org</w:t>
      </w:r>
      <w:r>
        <w:t xml:space="preserve"> не позднее </w:t>
      </w:r>
      <w:r>
        <w:rPr>
          <w:i/>
          <w:color w:val="854D0E"/>
        </w:rPr>
        <w:t>20 ноября 2026 года</w:t>
      </w:r>
      <w:r>
        <w:t>.</w:t>
      </w:r>
    </w:p>
    <w:p>
      <w:pPr>
        <w:ind w:firstLine="283"/>
      </w:pPr>
      <w:r>
        <w:t>Настоящее предложение не является односторонним отказом, расторжением договора или нотариально удостоверенным соглашением. При отказе либо отсутствии ответа вопрос обращения в суд и наличия законного основания оценивается отдельно; одно нежелание исполнять договор таким основанием не объявляется.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Копия брачного договора.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Проект соглашения о расторжении.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Супруга, направившая предложение: ________________ / </w:t>
      </w:r>
      <w:r>
        <w:rPr>
          <w:i/>
          <w:color w:val="854D0E"/>
        </w:rPr>
        <w:t>Беляева Ирина Сергеевна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супругу расторгнуть брачный договор добровольно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