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РАСПОРЯЖЕНИЕ об отмене завещания</w:t>
      </w:r>
    </w:p>
    <w:p>
      <w:pPr>
        <w:ind w:firstLine="283"/>
      </w:pPr>
      <w:r/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Фролов Виктор Алексеевич</w:t>
      </w:r>
      <w:r>
        <w:t xml:space="preserve">, дата рождения </w:t>
      </w:r>
      <w:r>
        <w:rPr>
          <w:i/>
          <w:color w:val="854D0E"/>
        </w:rPr>
        <w:t>10 февраля 1975 года</w:t>
      </w:r>
      <w:r>
        <w:t xml:space="preserve">, паспорт </w:t>
      </w:r>
      <w:r>
        <w:rPr>
          <w:i/>
          <w:color w:val="854D0E"/>
        </w:rPr>
        <w:t>00 00 № 003411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марта 2020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96</w:t>
      </w:r>
      <w:r>
        <w:t xml:space="preserve">, настоящим полностью отменяю составленное мной завещание от </w:t>
      </w:r>
      <w:r>
        <w:rPr>
          <w:i/>
          <w:color w:val="854D0E"/>
        </w:rPr>
        <w:t>15 сентября 2025 года</w:t>
      </w:r>
      <w:r>
        <w:t xml:space="preserve">, удостоверенное нотариусом </w:t>
      </w:r>
      <w:r>
        <w:rPr>
          <w:i/>
          <w:color w:val="854D0E"/>
        </w:rPr>
        <w:t>Никольской Ириной Валерьевной</w:t>
      </w:r>
      <w:r>
        <w:t xml:space="preserve">, нотариальный округ </w:t>
      </w:r>
      <w:r>
        <w:rPr>
          <w:i/>
          <w:color w:val="854D0E"/>
        </w:rPr>
        <w:t>Домодедовский нотариальный округ Московской области</w:t>
      </w:r>
      <w:r>
        <w:t xml:space="preserve">, реестровый номер </w:t>
      </w:r>
      <w:r>
        <w:rPr>
          <w:i/>
          <w:color w:val="854D0E"/>
        </w:rPr>
        <w:t>ДЕМО-34-11</w:t>
      </w:r>
      <w:r>
        <w:t>.</w:t>
      </w:r>
    </w:p>
    <w:p>
      <w:pPr>
        <w:ind w:firstLine="283"/>
      </w:pPr>
      <w:r>
        <w:t>Отмена относится ко всему указанному завещанию. Другие завещания, совместное завещание супругов и банковские распоряжения этим текстом не отменяются и не восстанавливаются. Новых наследников и иных распоряжений настоящим документом не назначаю. Согласие ранее назначенных наследников на эту отмену не запрашивается.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Завещатель: ________________ / </w:t>
      </w:r>
      <w:r>
        <w:rPr>
          <w:i/>
          <w:color w:val="854D0E"/>
        </w:rPr>
        <w:t>Фролов Виктор Алексеевич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распоряжения о полной отмене одного нотариального завещания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