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142001, Московская область, г. Домодедово, мкр. Северный,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 № </w:t>
            </w:r>
            <w:r>
              <w:rPr>
                <w:i/>
                <w:color w:val="854D0E"/>
                <w:sz w:val="24"/>
              </w:rPr>
              <w:t>104/2026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Фёдорова Вера Алексеевна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14 апреля 1982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00 00 № 000101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  <w:br/>
        <w:t>о выдаче свидетельства о праве на наследство по завещанию</w:t>
      </w:r>
    </w:p>
    <w:p>
      <w:pPr>
        <w:ind w:firstLine="283"/>
      </w:pPr>
      <w:r>
        <w:t xml:space="preserve">После смерти </w:t>
      </w:r>
      <w:r>
        <w:rPr>
          <w:i/>
          <w:color w:val="854D0E"/>
        </w:rPr>
        <w:t>Фёдорова Алексея Петровича</w:t>
      </w:r>
      <w:r>
        <w:t xml:space="preserve">, умершего </w:t>
      </w:r>
      <w:r>
        <w:rPr>
          <w:i/>
          <w:color w:val="854D0E"/>
        </w:rPr>
        <w:t>10 января 2026 года</w:t>
      </w:r>
      <w:r>
        <w:t xml:space="preserve">, я приняла причитающееся мне наследство по завещанию от </w:t>
      </w:r>
      <w:r>
        <w:rPr>
          <w:i/>
          <w:color w:val="854D0E"/>
        </w:rPr>
        <w:t>12 мая 2025 года</w:t>
      </w:r>
      <w:r>
        <w:t xml:space="preserve">, реестровый номер </w:t>
      </w:r>
      <w:r>
        <w:rPr>
          <w:i/>
          <w:color w:val="854D0E"/>
        </w:rPr>
        <w:t>Н-101/2025</w:t>
      </w:r>
      <w:r>
        <w:t xml:space="preserve">, подав заявление нотариусу </w:t>
      </w:r>
      <w:r>
        <w:rPr>
          <w:i/>
          <w:color w:val="854D0E"/>
        </w:rPr>
        <w:t>20 февраля 2026 года</w:t>
      </w:r>
      <w:r>
        <w:t xml:space="preserve">. Завещание удостоверено </w:t>
      </w:r>
      <w:r>
        <w:rPr>
          <w:i/>
          <w:color w:val="854D0E"/>
        </w:rPr>
        <w:t>Никольской Ириной Валерьевной</w:t>
      </w:r>
      <w:r>
        <w:t xml:space="preserve">. Последнее место жительства наследодателя: </w:t>
      </w:r>
      <w:r>
        <w:rPr>
          <w:i/>
          <w:color w:val="854D0E"/>
        </w:rPr>
        <w:t>Московская область, г. Домодедово, Каширское шоссе, д. 83, кв. 27</w:t>
      </w:r>
      <w:r>
        <w:t>.</w:t>
      </w:r>
    </w:p>
    <w:p>
      <w:pPr>
        <w:ind w:firstLine="283"/>
      </w:pPr>
      <w:r>
        <w:t xml:space="preserve">Прошу выдать мне свидетельство о праве на наследство по указанному завещанию на квартиру по адресу: </w:t>
      </w:r>
      <w:r>
        <w:rPr>
          <w:i/>
          <w:color w:val="854D0E"/>
        </w:rPr>
        <w:t>Московская область, г. Домодедово, Каширское шоссе, д. 83, кв. 27</w:t>
      </w:r>
      <w:r>
        <w:t xml:space="preserve">, кадастровый номер </w:t>
      </w:r>
      <w:r>
        <w:rPr>
          <w:i/>
          <w:color w:val="854D0E"/>
        </w:rPr>
        <w:t>50:28:0010602:9101</w:t>
      </w:r>
      <w:r>
        <w:t xml:space="preserve">, общая площадь </w:t>
      </w:r>
      <w:r>
        <w:rPr>
          <w:i/>
          <w:color w:val="854D0E"/>
        </w:rPr>
        <w:t>54,2</w:t>
      </w:r>
      <w:r>
        <w:t xml:space="preserve"> кв. м. По представленным документам квартира принадлежала наследодателю целиком.</w:t>
      </w:r>
    </w:p>
    <w:p>
      <w:pPr>
        <w:ind w:firstLine="283"/>
      </w:pPr>
      <w:r>
        <w:t xml:space="preserve">Сведения о праве наследодателя и составе имущества: право наследодателя на всю квартиру отражено в условной выписке от </w:t>
      </w:r>
      <w:r>
        <w:rPr>
          <w:i/>
          <w:color w:val="854D0E"/>
        </w:rPr>
        <w:t>2 февраля 2026 года</w:t>
      </w:r>
      <w:r>
        <w:t xml:space="preserve">, запись </w:t>
      </w:r>
      <w:r>
        <w:rPr>
          <w:i/>
          <w:color w:val="854D0E"/>
        </w:rPr>
        <w:t>50:28:0010602:9101-50/028/2018-1</w:t>
      </w:r>
      <w:r>
        <w:t xml:space="preserve">; основание — договор приобретения от </w:t>
      </w:r>
      <w:r>
        <w:rPr>
          <w:i/>
          <w:color w:val="854D0E"/>
        </w:rPr>
        <w:t>18 июня 2018 года</w:t>
      </w:r>
      <w:r>
        <w:t xml:space="preserve">. Представлены документы: паспорт заявительницы; свидетельство о смерти </w:t>
      </w:r>
      <w:r>
        <w:rPr>
          <w:i/>
          <w:color w:val="854D0E"/>
        </w:rPr>
        <w:t>II-ИК № 710104</w:t>
      </w:r>
      <w:r>
        <w:t xml:space="preserve"> от </w:t>
      </w:r>
      <w:r>
        <w:rPr>
          <w:i/>
          <w:color w:val="854D0E"/>
        </w:rPr>
        <w:t>13 января 2026 года</w:t>
      </w:r>
      <w:r>
        <w:t xml:space="preserve">; имеющийся экземпляр завещания </w:t>
      </w:r>
      <w:r>
        <w:rPr>
          <w:i/>
          <w:color w:val="854D0E"/>
        </w:rPr>
        <w:t>Н-101/2025</w:t>
      </w:r>
      <w:r>
        <w:t xml:space="preserve">; условная выписка от </w:t>
      </w:r>
      <w:r>
        <w:rPr>
          <w:i/>
          <w:color w:val="854D0E"/>
        </w:rPr>
        <w:t>2 февраля 2026 года</w:t>
      </w:r>
      <w:r>
        <w:t xml:space="preserve"> и копия договора приобретения от </w:t>
      </w:r>
      <w:r>
        <w:rPr>
          <w:i/>
          <w:color w:val="854D0E"/>
        </w:rPr>
        <w:t>18 июня 2018 года</w:t>
      </w:r>
      <w:r>
        <w:t>. Прошу сообщить, какие дополнительные сведения необходимы и какие из них нотариус получает самостоятельно.</w:t>
      </w:r>
    </w:p>
    <w:p>
      <w:pPr>
        <w:ind w:firstLine="283"/>
      </w:pPr>
      <w:r>
        <w:t>Просьбу о выдаче свидетельства на указанную квартиру ранее не подавала. Это заявление не заменяет своевременное принятие наследства, не подтверждает его пропущенный срок и не гарантирует выдачу при наличии препятствий.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Фёдорова Вера Алексеевна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 выдать свидетельство на принятую по завещанию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