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Кисельнинского сельского поселения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Волховского муниципального района Ленинградской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Воронцовой Веры Игоревны</w:t>
            </w:r>
            <w:r>
              <w:rPr>
                <w:sz w:val="24"/>
              </w:rPr>
              <w:t>,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7 июля 1977 года</w:t>
            </w:r>
            <w:r>
              <w:rPr>
                <w:sz w:val="24"/>
              </w:rPr>
              <w:t xml:space="preserve"> рождения, паспорт </w:t>
            </w:r>
            <w:r>
              <w:rPr>
                <w:i/>
                <w:color w:val="854D0E"/>
                <w:sz w:val="24"/>
              </w:rPr>
              <w:t>41 10 № 900182</w:t>
            </w:r>
            <w:r>
              <w:rPr>
                <w:sz w:val="24"/>
              </w:rPr>
              <w:t>,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проживающей по адресу: </w:t>
            </w:r>
            <w:r>
              <w:rPr>
                <w:i/>
                <w:color w:val="854D0E"/>
                <w:sz w:val="24"/>
              </w:rPr>
              <w:t>Ленинградская область, Волховский район, деревня Кисельня, улица Центральная, дом 12, квартира 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</w:t>
      </w:r>
    </w:p>
    <w:p>
      <w:pPr>
        <w:keepNext/>
        <w:spacing w:before="0" w:after="200"/>
        <w:jc w:val="center"/>
      </w:pPr>
      <w:r>
        <w:rPr>
          <w:b/>
          <w:sz w:val="26"/>
        </w:rPr>
        <w:t>члена семьи нанимателя на конкретный обмен жилыми помещениями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Воронцова Вера Игоревна</w:t>
      </w:r>
      <w:r>
        <w:t xml:space="preserve">, являюсь совершеннолетней и дееспособной супругой </w:t>
      </w:r>
      <w:r>
        <w:rPr>
          <w:i/>
          <w:color w:val="854D0E"/>
        </w:rPr>
        <w:t>Воронцова Алексея Сергеевича</w:t>
      </w:r>
      <w:r>
        <w:t xml:space="preserve">, совместно проживаю с ним и включена как член его семьи в договор социального найма от </w:t>
      </w:r>
      <w:r>
        <w:rPr>
          <w:i/>
          <w:color w:val="854D0E"/>
        </w:rPr>
        <w:t>10 ноября 2010 года</w:t>
      </w:r>
      <w:r>
        <w:t xml:space="preserve"> № </w:t>
      </w:r>
      <w:r>
        <w:rPr>
          <w:i/>
          <w:color w:val="854D0E"/>
        </w:rPr>
        <w:t>12-СН</w:t>
      </w:r>
      <w:r>
        <w:t xml:space="preserve"> на квартиру по адресу: </w:t>
      </w:r>
      <w:r>
        <w:rPr>
          <w:i/>
          <w:color w:val="854D0E"/>
        </w:rPr>
        <w:t>Ленинградская область, Волховский район, деревня Кисельня, улица Центральная, дом 12, квартира 7</w:t>
      </w:r>
      <w:r>
        <w:t>. Правом пользования этой квартирой обладаю вместе с нанимателем.</w:t>
      </w:r>
    </w:p>
    <w:p>
      <w:pPr>
        <w:ind w:firstLine="283"/>
      </w:pPr>
      <w:r>
        <w:t xml:space="preserve">Ознакомилась с полным текстом договора об обмене жилыми помещениями от </w:t>
      </w:r>
      <w:r>
        <w:rPr>
          <w:i/>
          <w:color w:val="854D0E"/>
        </w:rPr>
        <w:t>16 октября 2026 года</w:t>
      </w:r>
      <w:r>
        <w:t xml:space="preserve"> между нанимателями </w:t>
      </w:r>
      <w:r>
        <w:rPr>
          <w:i/>
          <w:color w:val="854D0E"/>
        </w:rPr>
        <w:t>Воронцовым Алексеем Сергеевичем</w:t>
      </w:r>
      <w:r>
        <w:t xml:space="preserve"> и </w:t>
      </w:r>
      <w:r>
        <w:rPr>
          <w:i/>
          <w:color w:val="854D0E"/>
        </w:rPr>
        <w:t>Зориной Натальей Олеговной</w:t>
      </w:r>
      <w:r>
        <w:t xml:space="preserve">. Выражаю добровольное письменное согласие на предусмотренный именно этим договором обмен квартиры А, указанной выше, на отдельную </w:t>
      </w:r>
      <w:r>
        <w:rPr>
          <w:i/>
          <w:color w:val="854D0E"/>
        </w:rPr>
        <w:t>двухкомнатную</w:t>
      </w:r>
      <w:r>
        <w:t xml:space="preserve"> квартиру Б по адресу: </w:t>
      </w:r>
      <w:r>
        <w:rPr>
          <w:i/>
          <w:color w:val="854D0E"/>
        </w:rPr>
        <w:t>Ленинградская область, Волховский район, деревня Кисельня, улица Центральная, дом 18, квартира 3</w:t>
      </w:r>
      <w:r>
        <w:t xml:space="preserve">, общей площадью </w:t>
      </w:r>
      <w:r>
        <w:rPr>
          <w:i/>
          <w:color w:val="854D0E"/>
        </w:rPr>
        <w:t>52,0</w:t>
      </w:r>
      <w:r>
        <w:t xml:space="preserve"> кв. м, жилой площадью </w:t>
      </w:r>
      <w:r>
        <w:rPr>
          <w:i/>
          <w:color w:val="854D0E"/>
        </w:rPr>
        <w:t>31,0</w:t>
      </w:r>
      <w:r>
        <w:t xml:space="preserve"> кв. м, на </w:t>
      </w:r>
      <w:r>
        <w:rPr>
          <w:i/>
          <w:color w:val="854D0E"/>
        </w:rPr>
        <w:t>первом</w:t>
      </w:r>
      <w:r>
        <w:t xml:space="preserve"> этаже. Квартира Б предоставлена </w:t>
      </w:r>
      <w:r>
        <w:rPr>
          <w:i/>
          <w:color w:val="854D0E"/>
        </w:rPr>
        <w:t>Зориной Наталье Олеговне</w:t>
      </w:r>
      <w:r>
        <w:t xml:space="preserve"> по договору социального найма от </w:t>
      </w:r>
      <w:r>
        <w:rPr>
          <w:i/>
          <w:color w:val="854D0E"/>
        </w:rPr>
        <w:t>20 апреля 2012 года</w:t>
      </w:r>
      <w:r>
        <w:t xml:space="preserve"> № </w:t>
      </w:r>
      <w:r>
        <w:rPr>
          <w:i/>
          <w:color w:val="854D0E"/>
        </w:rPr>
        <w:t>18-СН</w:t>
      </w:r>
      <w:r>
        <w:t>.</w:t>
      </w:r>
    </w:p>
    <w:p>
      <w:pPr>
        <w:ind w:firstLine="283"/>
      </w:pPr>
      <w:r>
        <w:t xml:space="preserve">Согласна переселиться из квартиры А в квартиру Б вместе с моим супругом </w:t>
      </w:r>
      <w:r>
        <w:rPr>
          <w:i/>
          <w:color w:val="854D0E"/>
        </w:rPr>
        <w:t>Воронцовым Алексеем Сергеевичем</w:t>
      </w:r>
      <w:r>
        <w:t xml:space="preserve">. Он будет нанимателем квартиры Б по новому договору социального найма, а я должна быть включена в него как член его семьи с соответствующим правом пользования. В квартиру А по договору обмена переселяются </w:t>
      </w:r>
      <w:r>
        <w:rPr>
          <w:i/>
          <w:color w:val="854D0E"/>
        </w:rPr>
        <w:t>Зорина Наталья Олеговна</w:t>
      </w:r>
      <w:r>
        <w:t xml:space="preserve"> и её совершеннолетняя дочь </w:t>
      </w:r>
      <w:r>
        <w:rPr>
          <w:i/>
          <w:color w:val="854D0E"/>
        </w:rPr>
        <w:t>Зорина Елена Викторовна</w:t>
      </w:r>
      <w:r>
        <w:t>.</w:t>
      </w:r>
    </w:p>
    <w:p>
      <w:pPr>
        <w:ind w:firstLine="283"/>
      </w:pPr>
      <w:r>
        <w:t>Квартиру Б осмотрела, с площадью, планировкой, состоянием и условиями указанного договора обмена ознакомлена. Согласие дано без денежной платы за моё волеизъявление и без доплаты за разницу площадей. Переселение допускаю после получения необходимого письменного согласия наймодателя и надлежащего расторжения прежних и заключения новых договоров социального найма по обеим квартирам. До такого оформления настоящее согласие не означает самостоятельного отказа от моего действующего права пользования квартирой А.</w:t>
      </w:r>
    </w:p>
    <w:p>
      <w:pPr>
        <w:ind w:firstLine="283"/>
      </w:pPr>
      <w:r>
        <w:t>Это согласие относится только к названным квартирам, договору и составу переселения. При изменении объекта, направления обмена или состава переселяющихся лиц необходимо отдельное соответствующее волеизъявление. Своей подписью выражаю только собственное согласие; согласий других членов семей или наймодателя не подписываю и не заменяю.</w:t>
      </w:r>
    </w:p>
    <w:p>
      <w:pPr>
        <w:ind w:firstLine="283"/>
      </w:pPr>
      <w:r/>
      <w:r>
        <w:rPr>
          <w:i/>
          <w:color w:val="854D0E"/>
        </w:rPr>
        <w:t>16 октября 2026 года</w:t>
      </w:r>
      <w:r/>
    </w:p>
    <w:p>
      <w:pPr>
        <w:keepNext/>
        <w:ind w:firstLine="283"/>
      </w:pPr>
      <w:r>
        <w:t>Личная подпись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Воронцова Вера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взрослой супруги нанимателя на выбранный обмен квартир социального найма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