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СОГЛАСИЕ РОДИТЕЛЯ</w:t>
      </w:r>
    </w:p>
    <w:p>
      <w:pPr>
        <w:ind w:firstLine="283"/>
      </w:pPr>
      <w:r>
        <w:t>на усыновление ребёнка конкретным усыновителем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Соколова Марина Викторовна</w:t>
      </w:r>
      <w:r>
        <w:t xml:space="preserve"> (дата рождения: </w:t>
      </w:r>
      <w:r>
        <w:rPr>
          <w:i/>
          <w:color w:val="854D0E"/>
        </w:rPr>
        <w:t>14 апреля 1986 года</w:t>
      </w:r>
      <w:r>
        <w:t xml:space="preserve">), паспорт </w:t>
      </w:r>
      <w:r>
        <w:rPr>
          <w:i/>
          <w:color w:val="854D0E"/>
        </w:rPr>
        <w:t>45 24 654321</w:t>
      </w:r>
      <w:r>
        <w:t xml:space="preserve">, место жительства: </w:t>
      </w:r>
      <w:r>
        <w:rPr>
          <w:i/>
          <w:color w:val="854D0E"/>
        </w:rPr>
        <w:t>г. Москва, Ореховый бульвар, д. 10, корп. 1, кв. 26</w:t>
      </w:r>
      <w:r>
        <w:t xml:space="preserve">, являюсь родителем </w:t>
      </w:r>
      <w:r>
        <w:rPr>
          <w:i/>
          <w:color w:val="854D0E"/>
        </w:rPr>
        <w:t>Орловой Елены Сергеевны</w:t>
      </w:r>
      <w:r>
        <w:t xml:space="preserve"> (дата рождения: </w:t>
      </w:r>
      <w:r>
        <w:rPr>
          <w:i/>
          <w:color w:val="854D0E"/>
        </w:rPr>
        <w:t>12 мая 2019 года</w:t>
      </w:r>
      <w:r>
        <w:t xml:space="preserve">), запись о рождении: </w:t>
      </w:r>
      <w:r>
        <w:rPr>
          <w:i/>
          <w:color w:val="854D0E"/>
        </w:rPr>
        <w:t>16 мая 2019 года, № 555</w:t>
      </w:r>
      <w:r>
        <w:t>.</w:t>
      </w:r>
    </w:p>
    <w:p>
      <w:pPr>
        <w:ind w:firstLine="283"/>
      </w:pPr>
      <w:r>
        <w:t xml:space="preserve">Даю согласие на усыновление указанного ребёнка </w:t>
      </w:r>
      <w:r>
        <w:rPr>
          <w:i/>
          <w:color w:val="854D0E"/>
        </w:rPr>
        <w:t>Соколовым Андреем Павловичем</w:t>
      </w:r>
      <w:r>
        <w:t xml:space="preserve"> (дата рождения: </w:t>
      </w:r>
      <w:r>
        <w:rPr>
          <w:i/>
          <w:color w:val="854D0E"/>
        </w:rPr>
        <w:t>8 июня 1983 года</w:t>
      </w:r>
      <w:r>
        <w:t xml:space="preserve">), место жительства: </w:t>
      </w:r>
      <w:r>
        <w:rPr>
          <w:i/>
          <w:color w:val="854D0E"/>
        </w:rPr>
        <w:t>г. Москва, Ореховый бульвар, д. 10, корп. 1, кв. 26</w:t>
      </w:r>
      <w:r>
        <w:t>.</w:t>
      </w:r>
    </w:p>
    <w:p>
      <w:pPr>
        <w:ind w:firstLine="283"/>
      </w:pPr>
      <w:r>
        <w:t>Мне известно, что я вправе отозвать согласие до вынесения решения суда об усыновлении. Настоящее согласие не является самостоятельным отказом от ребёнка и не прекращает мои родительские права в день подписания; последствия усыновления возникают после вступления решения суда в законную силу.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29 октября 2026 года</w:t>
      </w:r>
      <w:r/>
    </w:p>
    <w:p>
      <w:pPr>
        <w:ind w:firstLine="283"/>
      </w:pPr>
      <w:r>
        <w:t xml:space="preserve">Родитель: ________________ / </w:t>
      </w:r>
      <w:r>
        <w:rPr>
          <w:i/>
          <w:color w:val="854D0E"/>
        </w:rPr>
        <w:t>Соколова Марина Викторовна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матери как родителя на усыновление ребёнка отчимом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