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Соколову Дмитрию Андреевичу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ТРЕБОВАНИЕ</w:t>
      </w:r>
    </w:p>
    <w:p>
      <w:pPr>
        <w:ind w:firstLine="283"/>
      </w:pPr>
      <w:r>
        <w:t>об исполнении договорной обязанности сняться с регистрационного учёта</w:t>
      </w:r>
    </w:p>
    <w:p>
      <w:pPr>
        <w:ind w:firstLine="283"/>
      </w:pPr>
      <w:r/>
      <w:r>
        <w:rPr>
          <w:i/>
          <w:color w:val="854D0E"/>
        </w:rPr>
        <w:t>1 сентября 2026 года</w:t>
      </w:r>
      <w:r>
        <w:t xml:space="preserve"> между нами заключён договор купли-продажи квартиры </w:t>
      </w:r>
      <w:r>
        <w:rPr>
          <w:i/>
          <w:color w:val="854D0E"/>
        </w:rPr>
        <w:t>Мурманская область, г. Кировск, проспект Ленина, д. 15, кв. 21</w:t>
      </w:r>
      <w:r>
        <w:t xml:space="preserve">, № </w:t>
      </w:r>
      <w:r>
        <w:rPr>
          <w:i/>
          <w:color w:val="854D0E"/>
        </w:rPr>
        <w:t>УЧ-КП-104</w:t>
      </w:r>
      <w:r>
        <w:t xml:space="preserve">. Я являюсь покупательницей. Переход права зарегистрирован </w:t>
      </w:r>
      <w:r>
        <w:rPr>
          <w:i/>
          <w:color w:val="854D0E"/>
        </w:rPr>
        <w:t>8 сентября 2026 года</w:t>
      </w:r>
      <w:r>
        <w:t xml:space="preserve">, запись № </w:t>
      </w:r>
      <w:r>
        <w:rPr>
          <w:i/>
          <w:color w:val="854D0E"/>
        </w:rPr>
        <w:t>УЧ-51-2026-104</w:t>
      </w:r>
      <w:r>
        <w:t>.</w:t>
      </w:r>
    </w:p>
    <w:p>
      <w:pPr>
        <w:ind w:firstLine="283"/>
      </w:pPr>
      <w:r>
        <w:t xml:space="preserve">Пункт </w:t>
      </w:r>
      <w:r>
        <w:rPr>
          <w:i/>
          <w:color w:val="854D0E"/>
        </w:rPr>
        <w:t>5.2</w:t>
      </w:r>
      <w:r>
        <w:t xml:space="preserve"> договора предусматривает: «Продавец обязуется сняться с регистрационного учёта по месту жительства в продаваемой квартире». Конечный срок этой обязанности в договоре не указан и по его условиям не определяется; других соглашений о сроке между нами нет. По данным справка о регистрации от </w:t>
      </w:r>
      <w:r>
        <w:rPr>
          <w:i/>
          <w:color w:val="854D0E"/>
        </w:rPr>
        <w:t>15 октября 2026 года</w:t>
      </w:r>
      <w:r>
        <w:t xml:space="preserve"> № </w:t>
      </w:r>
      <w:r>
        <w:rPr>
          <w:i/>
          <w:color w:val="854D0E"/>
        </w:rPr>
        <w:t>УЧ-Р104</w:t>
      </w:r>
      <w:r>
        <w:t xml:space="preserve"> Вы по-прежнему зарегистрированы по указанному адресу.</w:t>
      </w:r>
    </w:p>
    <w:p>
      <w:pPr>
        <w:ind w:firstLine="283"/>
      </w:pPr>
      <w:r>
        <w:t>Предъявляю требование исполнить именно обязанность сняться с регистрационного учёта по прежнему месту жительства в названной квартире. Применительно к выбранному условию договора и пункту 2 статьи 314 ГК РФ прошу исполнить её в течение семи дней со дня предъявления Вам настоящего требования, если иной срок не подлежит применению по закону или существу обязательства.</w:t>
      </w:r>
    </w:p>
    <w:p>
      <w:pPr>
        <w:ind w:firstLine="283"/>
      </w:pPr>
      <w:r>
        <w:t>Прошу письменно сообщить об исполнении и предоставить имеющееся подтверждение. Если Ваше толкование пункта договора или срока отличается, прошу сообщить об этом с указанием основания и подтверждающих документов.</w:t>
      </w:r>
    </w:p>
    <w:p>
      <w:pPr>
        <w:ind w:firstLine="283"/>
      </w:pPr>
      <w:r>
        <w:t>Требование относится к Вашей договорной обязанности, не определяет срок работы МВД и не требует оформить вымышленный результат государственной услуги. Самостоятельного требования о выселении или признании утраты права пользования это письмо не содержит.</w:t>
      </w:r>
    </w:p>
    <w:p>
      <w:pPr>
        <w:spacing w:before="120"/>
        <w:ind w:firstLine="283"/>
      </w:pPr>
      <w:r>
        <w:t xml:space="preserve">Приложения: копия договора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УЧ-КП-104</w:t>
      </w:r>
      <w:r>
        <w:t xml:space="preserve"> с пунктом </w:t>
      </w:r>
      <w:r>
        <w:rPr>
          <w:i/>
          <w:color w:val="854D0E"/>
        </w:rPr>
        <w:t>5.2</w:t>
      </w:r>
      <w:r>
        <w:t xml:space="preserve">; копия выписки ЕГРН с записью № </w:t>
      </w:r>
      <w:r>
        <w:rPr>
          <w:i/>
          <w:color w:val="854D0E"/>
        </w:rPr>
        <w:t>УЧ-51-2026-104</w:t>
      </w:r>
      <w:r>
        <w:t xml:space="preserve">; справка о регистрации от </w:t>
      </w:r>
      <w:r>
        <w:rPr>
          <w:i/>
          <w:color w:val="854D0E"/>
        </w:rPr>
        <w:t>15 октября 2026 года</w:t>
      </w:r>
      <w:r>
        <w:t xml:space="preserve"> № </w:t>
      </w:r>
      <w:r>
        <w:rPr>
          <w:i/>
          <w:color w:val="854D0E"/>
        </w:rPr>
        <w:t>УЧ-Р104</w:t>
      </w:r>
      <w:r>
        <w:t>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Соколова Анна Игоревна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покупательницы исполнить договорную обязанность сняться с регистрационного учёта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