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 xml:space="preserve">Продавцу: </w:t>
      </w:r>
      <w:r>
        <w:rPr>
          <w:i/>
          <w:color w:val="854D0E"/>
        </w:rPr>
        <w:t>Иванову Алексею Сергеевичу</w:t>
      </w:r>
      <w:r>
        <w:t xml:space="preserve">, </w:t>
      </w:r>
      <w:r>
        <w:rPr>
          <w:i/>
          <w:color w:val="854D0E"/>
        </w:rPr>
        <w:t>г. Москва, ул. Новогиреевская, д. 24, корп. 3, кв. 11</w:t>
      </w:r>
      <w:r/>
    </w:p>
    <w:p>
      <w:pPr>
        <w:ind w:firstLine="283"/>
      </w:pPr>
      <w:r>
        <w:t xml:space="preserve">От покупателя: </w:t>
      </w:r>
      <w:r>
        <w:rPr>
          <w:i/>
          <w:color w:val="854D0E"/>
        </w:rPr>
        <w:t>Соколова Дмитрия Андреевича</w:t>
      </w:r>
      <w:r>
        <w:t xml:space="preserve">, </w:t>
      </w:r>
      <w:r>
        <w:rPr>
          <w:i/>
          <w:color w:val="854D0E"/>
        </w:rPr>
        <w:t>г. Москва, ул. Новогиреевская, д. 24, корп. 4, кв. 21</w:t>
      </w:r>
      <w:r/>
    </w:p>
    <w:p>
      <w:pPr>
        <w:ind w:firstLine="283"/>
      </w:pPr>
      <w:r>
        <w:t xml:space="preserve">Контакт: </w:t>
      </w:r>
      <w:r>
        <w:rPr>
          <w:i/>
          <w:color w:val="854D0E"/>
        </w:rPr>
        <w:t>dmitry.sokolov@example.org</w:t>
      </w:r>
      <w:r/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УВЕДОМЛЕНИЕ</w:t>
      </w:r>
    </w:p>
    <w:p>
      <w:pPr>
        <w:ind w:firstLine="283"/>
      </w:pPr>
      <w:r>
        <w:t>о замене согласованной вещи и требовании передать предусмотренное договором имущество</w:t>
      </w:r>
    </w:p>
    <w:p>
      <w:pPr>
        <w:ind w:firstLine="283"/>
      </w:pPr>
      <w:r>
        <w:t xml:space="preserve">Между нами заключён договор купли-продажи квартиры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КП-09/26</w:t>
      </w:r>
      <w:r>
        <w:t xml:space="preserve"> по адресу: </w:t>
      </w:r>
      <w:r>
        <w:rPr>
          <w:i/>
          <w:color w:val="854D0E"/>
        </w:rPr>
        <w:t>г. Москва, ул. Новогиреевская, д. 24, корп. 3, кв. 11</w:t>
      </w:r>
      <w:r>
        <w:t xml:space="preserve">. По пункту 2.3 и подписанному нами приложению № 1 от </w:t>
      </w:r>
      <w:r>
        <w:rPr>
          <w:i/>
          <w:color w:val="854D0E"/>
        </w:rPr>
        <w:t>1 сентября 2026 года</w:t>
      </w:r>
      <w:r>
        <w:t xml:space="preserve"> Вы обязаны передать вместе с квартирой </w:t>
      </w:r>
      <w:r>
        <w:rPr>
          <w:i/>
          <w:color w:val="854D0E"/>
        </w:rPr>
        <w:t>25 сентября 2026 года</w:t>
      </w:r>
      <w:r>
        <w:t xml:space="preserve"> отдельностоящий холодильник </w:t>
      </w:r>
      <w:r>
        <w:rPr>
          <w:i/>
          <w:color w:val="854D0E"/>
        </w:rPr>
        <w:t>Bosch KGN39</w:t>
      </w:r>
      <w:r>
        <w:t xml:space="preserve">, серийный номер </w:t>
      </w:r>
      <w:r>
        <w:rPr>
          <w:i/>
          <w:color w:val="854D0E"/>
        </w:rPr>
        <w:t>DEMO-39417</w:t>
      </w:r>
      <w:r>
        <w:t xml:space="preserve">, белый, в состоянии, зафиксированном в приложении и фотографиях, </w:t>
      </w:r>
      <w:r>
        <w:rPr>
          <w:i/>
          <w:color w:val="854D0E"/>
        </w:rPr>
        <w:t>позиция № 4</w:t>
      </w:r>
      <w:r>
        <w:t>. Письменного согласия на замену я не давал.</w:t>
      </w:r>
    </w:p>
    <w:p>
      <w:pPr>
        <w:ind w:firstLine="283"/>
      </w:pPr>
      <w:r>
        <w:t xml:space="preserve">При осмотре </w:t>
      </w:r>
      <w:r>
        <w:rPr>
          <w:i/>
          <w:color w:val="854D0E"/>
        </w:rPr>
        <w:t>25 сентября 2026 года</w:t>
      </w:r>
      <w:r>
        <w:t xml:space="preserve"> вместо этой вещи на кухне находился холодильник марки </w:t>
      </w:r>
      <w:r>
        <w:rPr>
          <w:i/>
          <w:color w:val="854D0E"/>
        </w:rPr>
        <w:t>Atlant</w:t>
      </w:r>
      <w:r>
        <w:t xml:space="preserve">, модель </w:t>
      </w:r>
      <w:r>
        <w:rPr>
          <w:i/>
          <w:color w:val="854D0E"/>
        </w:rPr>
        <w:t>ХМ-4000</w:t>
      </w:r>
      <w:r>
        <w:t xml:space="preserve">, серийный номер </w:t>
      </w:r>
      <w:r>
        <w:rPr>
          <w:i/>
          <w:color w:val="854D0E"/>
        </w:rPr>
        <w:t>DEMO-400012</w:t>
      </w:r>
      <w:r>
        <w:t xml:space="preserve">. Предусмотренный приложением </w:t>
      </w:r>
      <w:r>
        <w:rPr>
          <w:i/>
          <w:color w:val="854D0E"/>
        </w:rPr>
        <w:t>Bosch KGN39</w:t>
      </w:r>
      <w:r>
        <w:t xml:space="preserve"> не передан. Замена отмечена в пункте 3 акта от </w:t>
      </w:r>
      <w:r>
        <w:rPr>
          <w:i/>
          <w:color w:val="854D0E"/>
        </w:rPr>
        <w:t>25 сентября 2026 года</w:t>
      </w:r>
      <w:r>
        <w:t>, подписанном нами обоими; фотографии исходной и фактически оставленной вещи приложены.</w:t>
      </w:r>
    </w:p>
    <w:p>
      <w:pPr>
        <w:ind w:firstLine="283"/>
      </w:pPr>
      <w:r>
        <w:t xml:space="preserve">Уведомляю о расхождении и требую передать именно предусмотренный договором холодильник </w:t>
      </w:r>
      <w:r>
        <w:rPr>
          <w:i/>
          <w:color w:val="854D0E"/>
        </w:rPr>
        <w:t>Bosch KGN39</w:t>
      </w:r>
      <w:r>
        <w:t xml:space="preserve">, серийный номер </w:t>
      </w:r>
      <w:r>
        <w:rPr>
          <w:i/>
          <w:color w:val="854D0E"/>
        </w:rPr>
        <w:t>DEMO-39417</w:t>
      </w:r>
      <w:r>
        <w:t xml:space="preserve">, в согласованном состоянии до </w:t>
      </w:r>
      <w:r>
        <w:rPr>
          <w:i/>
          <w:color w:val="854D0E"/>
        </w:rPr>
        <w:t>12 октября 2026 года</w:t>
      </w:r>
      <w:r>
        <w:t xml:space="preserve">. Этот срок предлагаю с учётом возможности организовать перевозку имеющейся у Вас отдельной вещи в пределах города в течение </w:t>
      </w:r>
      <w:r>
        <w:rPr>
          <w:i/>
          <w:color w:val="854D0E"/>
        </w:rPr>
        <w:t>11 календарных дней</w:t>
      </w:r>
      <w:r>
        <w:t xml:space="preserve"> после направления уведомления. Предлагаю заранее согласовать доставку по электронной почте, время осмотра и одновременное получение Вами несогласованно оставленного холодильника </w:t>
      </w:r>
      <w:r>
        <w:rPr>
          <w:i/>
          <w:color w:val="854D0E"/>
        </w:rPr>
        <w:t>Atlant</w:t>
      </w:r>
      <w:r>
        <w:t>. До согласованной передачи сохраняю его без использования; согласия принять его вместо предусмотренной вещи настоящим уведомлением не выражаю.</w:t>
      </w:r>
    </w:p>
    <w:p>
      <w:pPr>
        <w:ind w:firstLine="283"/>
      </w:pPr>
      <w:r>
        <w:t xml:space="preserve">Прошу до </w:t>
      </w:r>
      <w:r>
        <w:rPr>
          <w:i/>
          <w:color w:val="854D0E"/>
        </w:rPr>
        <w:t>7 октября 2026 года</w:t>
      </w:r>
      <w:r>
        <w:t xml:space="preserve"> сообщить, располагаете ли Вы согласованной вещью и как организуете её передачу. Указанная дата ответа — предложенный срок для организации исполнения, а не установленный законом единый срок. Передача и обратное получение фактически оставленной вещи должны быть оформлены с точным описанием и подписями участников; это письмо не удостоверяет ещё не совершённую передачу.</w:t>
      </w:r>
    </w:p>
    <w:p>
      <w:pPr>
        <w:ind w:firstLine="283"/>
      </w:pPr>
      <w:r>
        <w:t>Я не заявляю одновременно требование принять замену, возвратить всю цену квартиры или автоматически прекратить договор её продажи. Дальнейшие допустимые требования при невозможности передачи или неисполнении подлежат отдельной оценке по договору и установленным обстоятельствам. Соглашения об отказе от таких прав этим уведомлением не заключается.</w:t>
      </w:r>
    </w:p>
    <w:p>
      <w:pPr>
        <w:spacing w:before="120"/>
        <w:ind w:firstLine="283"/>
      </w:pPr>
      <w:r>
        <w:t xml:space="preserve">Приложения: копии договора, приложения № 1, акта от </w:t>
      </w:r>
      <w:r>
        <w:rPr>
          <w:i/>
          <w:color w:val="854D0E"/>
        </w:rPr>
        <w:t>25 сентября 2026 года</w:t>
      </w:r>
      <w:r>
        <w:t xml:space="preserve">; </w:t>
      </w:r>
      <w:r>
        <w:rPr>
          <w:i/>
          <w:color w:val="854D0E"/>
        </w:rPr>
        <w:t>четыре фотографии согласованной вещи при подписании приложения и четыре фотографии фактически оставленного холодильника с его обозначениями</w:t>
      </w:r>
      <w:r>
        <w:t>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Покупатель </w:t>
      </w:r>
      <w:r>
        <w:rPr>
          <w:i/>
          <w:color w:val="854D0E"/>
        </w:rPr>
        <w:t>Соколов Дмитрий Андреевич</w:t>
      </w:r>
      <w:r>
        <w:t>: __________________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продавцу о замене вещи и требовании её передачи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