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Белова Артёма Олеговича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улица Пруд-Ключики, дом 5, кв. 46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  <w:br/>
        <w:t>о предоставлении копии договора социального найма</w:t>
      </w:r>
    </w:p>
    <w:p>
      <w:pPr>
        <w:ind w:firstLine="283"/>
      </w:pPr>
      <w:r>
        <w:t xml:space="preserve">Я являюсь нанимателем квартиры по адресу </w:t>
      </w:r>
      <w:r>
        <w:rPr>
          <w:i/>
          <w:color w:val="854D0E"/>
        </w:rPr>
        <w:t>г. Москва, улица Пруд-Ключики, дом 5, кв. 46</w:t>
      </w:r>
      <w:r>
        <w:t xml:space="preserve"> по договору социального найма № </w:t>
      </w:r>
      <w:r>
        <w:rPr>
          <w:i/>
          <w:color w:val="854D0E"/>
        </w:rPr>
        <w:t>СН-25/2014</w:t>
      </w:r>
      <w:r>
        <w:t xml:space="preserve"> от </w:t>
      </w:r>
      <w:r>
        <w:rPr>
          <w:i/>
          <w:color w:val="854D0E"/>
        </w:rPr>
        <w:t>15 апреля 2014 года</w:t>
      </w:r>
      <w:r>
        <w:t xml:space="preserve">. Мой экземпляр договора утрачен при следующих обстоятельствах: мой экземпляр не найден после перемещения домашних папок с документами </w:t>
      </w:r>
      <w:r>
        <w:rPr>
          <w:i/>
          <w:color w:val="854D0E"/>
        </w:rPr>
        <w:t>25 сентября 2026 года</w:t>
      </w:r>
      <w:r>
        <w:t>; место пользования квартирой и сторону договора это событие не изменило.</w:t>
      </w:r>
    </w:p>
    <w:p>
      <w:pPr>
        <w:ind w:firstLine="283"/>
      </w:pPr>
      <w:r>
        <w:t>Прошу предоставить копию указанного имеющегося договора и сообщить доступный порядок её получения. Если документ хранится у другого держателя, прошу сообщить известные вам сведения о нём и реквизиты передачи документа на хранение.</w:t>
      </w:r>
    </w:p>
    <w:p>
      <w:pPr>
        <w:ind w:firstLine="283"/>
      </w:pPr>
      <w:r>
        <w:t>Заявление касается получения копии существующего документа. Оно не содержит требования оформить новый договор и само по себе не разрешает спор о праве пользования квартирой.</w:t>
      </w:r>
    </w:p>
    <w:p>
      <w:pPr>
        <w:ind w:firstLine="283"/>
      </w:pPr>
      <w:r>
        <w:t xml:space="preserve">Для поиска и проверки моего отношения к документу прилагаю: копию паспорта заявителя и сохранившуюся копию акта предоставления квартиры от </w:t>
      </w:r>
      <w:r>
        <w:rPr>
          <w:i/>
          <w:color w:val="854D0E"/>
        </w:rPr>
        <w:t>8 апреля 2014 года</w:t>
      </w:r>
      <w:r>
        <w:t xml:space="preserve"> № </w:t>
      </w:r>
      <w:r>
        <w:rPr>
          <w:i/>
          <w:color w:val="854D0E"/>
        </w:rPr>
        <w:t>Ж-25</w:t>
      </w:r>
      <w:r>
        <w:t xml:space="preserve">, содержащую ссылку на договор </w:t>
      </w:r>
      <w:r>
        <w:rPr>
          <w:i/>
          <w:color w:val="854D0E"/>
        </w:rPr>
        <w:t>СН-25/2014</w:t>
      </w:r>
      <w:r>
        <w:t>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Заявитель: ________________ / </w:t>
      </w:r>
      <w:r>
        <w:rPr>
          <w:i/>
          <w:color w:val="854D0E"/>
        </w:rPr>
        <w:t>Белов Артём Олегович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копии имеющегося договора социального найма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