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Судебному приставу-исполнителю </w:t>
            </w:r>
            <w:r>
              <w:rPr>
                <w:i/>
                <w:color w:val="854D0E"/>
                <w:sz w:val="24"/>
              </w:rPr>
              <w:t>Отделения судебных приставов Привокзального района г. Тулы 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Кузнецову Сергею Павловичу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300028, г. Тула, ул. Болдина, д. 94-В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взыскательницы: </w:t>
            </w:r>
            <w:r>
              <w:rPr>
                <w:i/>
                <w:color w:val="854D0E"/>
                <w:sz w:val="24"/>
              </w:rPr>
              <w:t>Соколова Анна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7а,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Должник: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УЧ-26-104/ИП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о наложении ареста на конкретный автомобиль должника</w:t>
      </w:r>
    </w:p>
    <w:p>
      <w:pPr>
        <w:ind w:firstLine="283"/>
      </w:pPr>
      <w:r>
        <w:t xml:space="preserve">В производстве № </w:t>
      </w:r>
      <w:r>
        <w:rPr>
          <w:i/>
          <w:color w:val="854D0E"/>
        </w:rPr>
        <w:t>УЧ-26-104/ИП</w:t>
      </w:r>
      <w:r>
        <w:t xml:space="preserve"> на основании исполнительного листа ФС № </w:t>
      </w:r>
      <w:r>
        <w:rPr>
          <w:i/>
          <w:color w:val="854D0E"/>
        </w:rPr>
        <w:t>УЧ-104</w:t>
      </w:r>
      <w:r>
        <w:t xml:space="preserve"> от </w:t>
      </w:r>
      <w:r>
        <w:rPr>
          <w:i/>
          <w:color w:val="854D0E"/>
        </w:rPr>
        <w:t>10 марта 2025 года</w:t>
      </w:r>
      <w:r>
        <w:t xml:space="preserve"> по решению </w:t>
      </w:r>
      <w:r>
        <w:rPr>
          <w:i/>
          <w:color w:val="854D0E"/>
        </w:rPr>
        <w:t>Привокзального районного суда г. Тулы</w:t>
      </w:r>
      <w:r>
        <w:t xml:space="preserve"> от </w:t>
      </w:r>
      <w:r>
        <w:rPr>
          <w:i/>
          <w:color w:val="854D0E"/>
        </w:rPr>
        <w:t>10 февраля 2025 года</w:t>
      </w:r>
      <w:r>
        <w:t xml:space="preserve"> по делу № </w:t>
      </w:r>
      <w:r>
        <w:rPr>
          <w:i/>
          <w:color w:val="854D0E"/>
        </w:rPr>
        <w:t>УЧ-2-104/2025</w:t>
      </w:r>
      <w:r>
        <w:t xml:space="preserve"> взыскиваются алименты в мою пользу. По постановлению от </w:t>
      </w:r>
      <w:r>
        <w:rPr>
          <w:i/>
          <w:color w:val="854D0E"/>
        </w:rPr>
        <w:t>5 октября 2026 года</w:t>
      </w:r>
      <w:r>
        <w:t xml:space="preserve"> № </w:t>
      </w:r>
      <w:r>
        <w:rPr>
          <w:i/>
          <w:color w:val="854D0E"/>
        </w:rPr>
        <w:t>УЧ-61</w:t>
      </w:r>
      <w:r>
        <w:t xml:space="preserve"> задолженность составляет </w:t>
      </w:r>
      <w:r>
        <w:rPr>
          <w:i/>
          <w:color w:val="854D0E"/>
        </w:rPr>
        <w:t>480 000 рублей</w:t>
      </w:r>
      <w:r>
        <w:t>.</w:t>
      </w:r>
    </w:p>
    <w:p>
      <w:pPr>
        <w:ind w:firstLine="283"/>
      </w:pPr>
      <w:r>
        <w:t xml:space="preserve">Мне известно о принадлежащем должнику автомобиле </w:t>
      </w:r>
      <w:r>
        <w:rPr>
          <w:i/>
          <w:color w:val="854D0E"/>
        </w:rPr>
        <w:t>Lada Vesta</w:t>
      </w:r>
      <w:r>
        <w:t xml:space="preserve"> </w:t>
      </w:r>
      <w:r>
        <w:rPr>
          <w:i/>
          <w:color w:val="854D0E"/>
        </w:rPr>
        <w:t>2019 года</w:t>
      </w:r>
      <w:r>
        <w:t xml:space="preserve">, учебный VIN </w:t>
      </w:r>
      <w:r>
        <w:rPr>
          <w:i/>
          <w:color w:val="854D0E"/>
        </w:rPr>
        <w:t>УЧ-VEHICLE-104</w:t>
      </w:r>
      <w:r>
        <w:t xml:space="preserve">, учебный госномер </w:t>
      </w:r>
      <w:r>
        <w:rPr>
          <w:i/>
          <w:color w:val="854D0E"/>
        </w:rPr>
        <w:t>УЧ-А104</w:t>
      </w:r>
      <w:r>
        <w:t xml:space="preserve">. Основание этих сведений: копия договора приобретения от </w:t>
      </w:r>
      <w:r>
        <w:rPr>
          <w:i/>
          <w:color w:val="854D0E"/>
        </w:rPr>
        <w:t>10 июня 2023 года</w:t>
      </w:r>
      <w:r>
        <w:t xml:space="preserve"> и копия СТС серии </w:t>
      </w:r>
      <w:r>
        <w:rPr>
          <w:i/>
          <w:color w:val="854D0E"/>
        </w:rPr>
        <w:t>УЧ № 104</w:t>
      </w:r>
      <w:r>
        <w:t xml:space="preserve">. Известное местонахождение: </w:t>
      </w:r>
      <w:r>
        <w:rPr>
          <w:i/>
          <w:color w:val="854D0E"/>
        </w:rPr>
        <w:t>г. Тула, ул. Болдина, д. 94-В</w:t>
      </w:r>
      <w:r>
        <w:t xml:space="preserve">; по сообщению должника автомобиль представлен по вызову пристава </w:t>
      </w:r>
      <w:r>
        <w:rPr>
          <w:i/>
          <w:color w:val="854D0E"/>
        </w:rPr>
        <w:t>14 октября 2026 года</w:t>
      </w:r>
      <w:r>
        <w:t xml:space="preserve">. Обстоятельства риска отчуждения: </w:t>
      </w:r>
      <w:r>
        <w:rPr>
          <w:i/>
          <w:color w:val="854D0E"/>
        </w:rPr>
        <w:t>15 октября 2026 года</w:t>
      </w:r>
      <w:r>
        <w:t xml:space="preserve"> должник направил мне сообщение о намерении продать автомобиль до </w:t>
      </w:r>
      <w:r>
        <w:rPr>
          <w:i/>
          <w:color w:val="854D0E"/>
        </w:rPr>
        <w:t>25 октября 2026 года</w:t>
      </w:r>
      <w:r>
        <w:t xml:space="preserve">. Подтверждения риска: распечатка переписки с должником от </w:t>
      </w:r>
      <w:r>
        <w:rPr>
          <w:i/>
          <w:color w:val="854D0E"/>
        </w:rPr>
        <w:t>15 октября 2026 года</w:t>
      </w:r>
      <w:r>
        <w:t>.</w:t>
      </w:r>
    </w:p>
    <w:p>
      <w:pPr>
        <w:ind w:firstLine="283"/>
      </w:pPr>
      <w:r>
        <w:t xml:space="preserve">Прошу проверить актуальное право должника на автомобиль, залог, иные права и ограничения, защищённые законом обстоятельства и соразмерность меры. Известная мне предварительная стоимость: </w:t>
      </w:r>
      <w:r>
        <w:rPr>
          <w:i/>
          <w:color w:val="854D0E"/>
        </w:rPr>
        <w:t>600 000 рублей</w:t>
      </w:r>
      <w:r>
        <w:t xml:space="preserve">; источник: копия сохранённого объявления должника о продаже от </w:t>
      </w:r>
      <w:r>
        <w:rPr>
          <w:i/>
          <w:color w:val="854D0E"/>
        </w:rPr>
        <w:t>15 октября 2026 года</w:t>
      </w:r>
      <w:r>
        <w:t>. Доказательств того, что автомобиль необходим в связи с инвалидностью или является единственным зарегистрированным транспортом многодетной семьи, у меня нет. Отсутствие у меня сведений не означает отсутствия соответствующей защиты.</w:t>
      </w:r>
    </w:p>
    <w:p>
      <w:pPr>
        <w:ind w:firstLine="283"/>
      </w:pPr>
      <w:r>
        <w:t>На основании статьи 80 Закона № 229-ФЗ прошу наложить арест на указанный автомобиль в виде запрета распоряжения для обеспечения исполнения. Объём ограничения пользования и необходимость изъятия прошу определить лишь при наличии предусмотренных законом оснований. Полагаю меру необходимой из-за указанного риска отчуждения; немедленной продажи автомобиля не прошу.</w:t>
      </w:r>
    </w:p>
    <w:p>
      <w:pPr>
        <w:ind w:firstLine="283"/>
      </w:pPr>
      <w:r>
        <w:t>Прошу принять решение по заявлению не позднее дня, следующего за днём подачи, и направить копию постановления по адресу для ответа. При наличии препятствий прошу сообщить мотивы отказа.</w:t>
      </w:r>
    </w:p>
    <w:p>
      <w:pPr>
        <w:spacing w:before="120"/>
        <w:ind w:firstLine="283"/>
      </w:pPr>
      <w:r>
        <w:t xml:space="preserve">Приложения: копия постановления о долге; копия договора приобретения от </w:t>
      </w:r>
      <w:r>
        <w:rPr>
          <w:i/>
          <w:color w:val="854D0E"/>
        </w:rPr>
        <w:t>10 июня 2023 года</w:t>
      </w:r>
      <w:r>
        <w:t xml:space="preserve"> и копия СТС серии </w:t>
      </w:r>
      <w:r>
        <w:rPr>
          <w:i/>
          <w:color w:val="854D0E"/>
        </w:rPr>
        <w:t>УЧ № 104</w:t>
      </w:r>
      <w:r>
        <w:t xml:space="preserve">; распечатка переписки с должником от </w:t>
      </w:r>
      <w:r>
        <w:rPr>
          <w:i/>
          <w:color w:val="854D0E"/>
        </w:rPr>
        <w:t>15 октября 2026 года</w:t>
      </w:r>
      <w:r>
        <w:t xml:space="preserve">; копия сохранённого объявления должника о продаже от </w:t>
      </w:r>
      <w:r>
        <w:rPr>
          <w:i/>
          <w:color w:val="854D0E"/>
        </w:rPr>
        <w:t>15 октября 2026 года</w:t>
      </w:r>
      <w:r>
        <w:t>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Подпись: __________________ / </w:t>
      </w:r>
      <w:r>
        <w:rPr>
          <w:i/>
          <w:color w:val="854D0E"/>
        </w:rPr>
        <w:t>Соколова Анна Игоревна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взыскательницы об аресте конкретного автомобиля должника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