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Старшему судебному приставу </w:t>
            </w:r>
            <w:r>
              <w:rPr>
                <w:i/>
                <w:color w:val="854D0E"/>
                <w:sz w:val="24"/>
              </w:rPr>
              <w:t>Отделения судебных приставов Привокзального района г. Тулы УФССП России по Тульской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300028, г. Тула, ул. Болдина, д. 94-В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От: </w:t>
            </w:r>
            <w:r>
              <w:rPr>
                <w:i/>
                <w:color w:val="854D0E"/>
                <w:sz w:val="24"/>
              </w:rPr>
              <w:t>Соколов Дмитрий Андреевич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жительства: </w:t>
            </w:r>
            <w:r>
              <w:rPr>
                <w:i/>
                <w:color w:val="854D0E"/>
                <w:sz w:val="24"/>
              </w:rPr>
              <w:t>Мурманская область, г. Кировск, проспект Ленина, д. 15, кв. 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8(800)302-85-56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Статус: должник по производству № </w:t>
            </w:r>
            <w:r>
              <w:rPr>
                <w:i/>
                <w:color w:val="854D0E"/>
                <w:sz w:val="24"/>
              </w:rPr>
              <w:t>УЧ-26-104/ИП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ЖАЛОБА В ПОРЯДКЕ ПОДЧИНЁННОСТИ</w:t>
      </w:r>
    </w:p>
    <w:p>
      <w:pPr>
        <w:ind w:firstLine="283"/>
      </w:pPr>
      <w:r>
        <w:t>на отказ прекратить основное алиментное исполнительное производство</w:t>
      </w:r>
    </w:p>
    <w:p>
      <w:pPr>
        <w:ind w:firstLine="283"/>
      </w:pPr>
      <w:r>
        <w:t xml:space="preserve">Производство № </w:t>
      </w:r>
      <w:r>
        <w:rPr>
          <w:i/>
          <w:color w:val="854D0E"/>
        </w:rPr>
        <w:t>УЧ-26-104/ИП</w:t>
      </w:r>
      <w:r>
        <w:t xml:space="preserve"> ведёт судебный пристав-исполнитель </w:t>
      </w:r>
      <w:r>
        <w:rPr>
          <w:i/>
          <w:color w:val="854D0E"/>
        </w:rPr>
        <w:t>Кузнецов Сергей Павлович</w:t>
      </w:r>
      <w:r>
        <w:t xml:space="preserve"> на основании исполнительного листа ФС № </w:t>
      </w:r>
      <w:r>
        <w:rPr>
          <w:i/>
          <w:color w:val="854D0E"/>
        </w:rPr>
        <w:t>УЧ-104</w:t>
      </w:r>
      <w:r>
        <w:t xml:space="preserve"> от </w:t>
      </w:r>
      <w:r>
        <w:rPr>
          <w:i/>
          <w:color w:val="854D0E"/>
        </w:rPr>
        <w:t>10 марта 2025 года</w:t>
      </w:r>
      <w:r>
        <w:t xml:space="preserve"> по решению </w:t>
      </w:r>
      <w:r>
        <w:rPr>
          <w:i/>
          <w:color w:val="854D0E"/>
        </w:rPr>
        <w:t>Привокзального районного суда г. Тулы</w:t>
      </w:r>
      <w:r>
        <w:t xml:space="preserve"> от </w:t>
      </w:r>
      <w:r>
        <w:rPr>
          <w:i/>
          <w:color w:val="854D0E"/>
        </w:rPr>
        <w:t>10 февраля 2025 года</w:t>
      </w:r>
      <w:r>
        <w:t xml:space="preserve"> по делу № </w:t>
      </w:r>
      <w:r>
        <w:rPr>
          <w:i/>
          <w:color w:val="854D0E"/>
        </w:rPr>
        <w:t>УЧ-2-104/2025</w:t>
      </w:r>
      <w:r>
        <w:t xml:space="preserve">. Документ касается только обычных алиментов на одного ребёнка </w:t>
      </w:r>
      <w:r>
        <w:rPr>
          <w:i/>
          <w:color w:val="854D0E"/>
        </w:rPr>
        <w:t>Соколова Ивана Дмитриевича</w:t>
      </w:r>
      <w:r>
        <w:t xml:space="preserve"> до совершеннолетия.</w:t>
      </w:r>
    </w:p>
    <w:p>
      <w:pPr>
        <w:ind w:firstLine="283"/>
      </w:pPr>
      <w:r/>
      <w:r>
        <w:rPr>
          <w:i/>
          <w:color w:val="854D0E"/>
        </w:rPr>
        <w:t>1 октября 2026 года</w:t>
      </w:r>
      <w:r>
        <w:t xml:space="preserve"> ребёнку исполнилось 18 лет. </w:t>
      </w:r>
      <w:r>
        <w:rPr>
          <w:i/>
          <w:color w:val="854D0E"/>
        </w:rPr>
        <w:t>7 октября 2026 года</w:t>
      </w:r>
      <w:r>
        <w:t xml:space="preserve"> я подал заявление о прекращении основного производства с копией свидетельства о рождении. Подача подтверждается: отметка о приёме на копии заявления от </w:t>
      </w:r>
      <w:r>
        <w:rPr>
          <w:i/>
          <w:color w:val="854D0E"/>
        </w:rPr>
        <w:t>7 октября 2026 года</w:t>
      </w:r>
      <w:r>
        <w:t xml:space="preserve"> № </w:t>
      </w:r>
      <w:r>
        <w:rPr>
          <w:i/>
          <w:color w:val="854D0E"/>
        </w:rPr>
        <w:t>УЧ-44</w:t>
      </w:r>
      <w:r>
        <w:t>.</w:t>
      </w:r>
    </w:p>
    <w:p>
      <w:pPr>
        <w:ind w:firstLine="283"/>
      </w:pPr>
      <w:r>
        <w:t xml:space="preserve">Постановлением от </w:t>
      </w:r>
      <w:r>
        <w:rPr>
          <w:i/>
          <w:color w:val="854D0E"/>
        </w:rPr>
        <w:t>12 октября 2026 года</w:t>
      </w:r>
      <w:r>
        <w:t xml:space="preserve"> № </w:t>
      </w:r>
      <w:r>
        <w:rPr>
          <w:i/>
          <w:color w:val="854D0E"/>
        </w:rPr>
        <w:t>УЧ-77</w:t>
      </w:r>
      <w:r>
        <w:t xml:space="preserve"> пристав отказал по причине «основное производство не прекращается до полного погашения задолженности». По копии постановления и материалам производства его утверждение старшим судебным приставом отсутствует. О постановлении узнал </w:t>
      </w:r>
      <w:r>
        <w:rPr>
          <w:i/>
          <w:color w:val="854D0E"/>
        </w:rPr>
        <w:t>14 октября 2026 года</w:t>
      </w:r>
      <w:r>
        <w:t xml:space="preserve">. Сведения об извещении и подтверждение осведомлённости: копия постановления и почтовое уведомление о вручении </w:t>
      </w:r>
      <w:r>
        <w:rPr>
          <w:i/>
          <w:color w:val="854D0E"/>
        </w:rPr>
        <w:t>14 октября 2026 года</w:t>
      </w:r>
      <w:r>
        <w:t>; иных извещений о постановлении не получал. Жалоба подаётся в пределах срока статьи 122 Закона № 229-ФЗ.</w:t>
      </w:r>
    </w:p>
    <w:p>
      <w:pPr>
        <w:ind w:firstLine="283"/>
      </w:pPr>
      <w:r>
        <w:t>Не согласен с отказом: достижение совершеннолетия названо в пункте 9 части 2 статьи 43, а наличие долга требует отдельного производства по статье 44 и не отменяет это основание. Из-за отказа основное производство продолжается без надлежащего разграничения текущих алиментов и прежнего долга. Взыскание непогашенного долга не оспариваю и его списания не прошу.</w:t>
      </w:r>
    </w:p>
    <w:p>
      <w:pPr>
        <w:ind w:firstLine="283"/>
      </w:pPr>
      <w:r>
        <w:t>На основании статей 121–124 и 127 Закона № 229-ФЗ прошу признать жалобу обоснованной, отменить постановление об отказе и обеспечить принятие предусмотренного законом решения по моему заявлению с соблюдением статей 43–45, включая отдельное взыскание долга при его наличии. Прошу направить копию решения по жалобе по указанному адресу.</w:t>
      </w:r>
    </w:p>
    <w:p>
      <w:pPr>
        <w:spacing w:before="120"/>
        <w:ind w:firstLine="283"/>
      </w:pPr>
      <w:r>
        <w:t xml:space="preserve">Приложения: копия постановления от </w:t>
      </w:r>
      <w:r>
        <w:rPr>
          <w:i/>
          <w:color w:val="854D0E"/>
        </w:rPr>
        <w:t>12 октября 2026 года</w:t>
      </w:r>
      <w:r>
        <w:t xml:space="preserve"> № </w:t>
      </w:r>
      <w:r>
        <w:rPr>
          <w:i/>
          <w:color w:val="854D0E"/>
        </w:rPr>
        <w:t>УЧ-77</w:t>
      </w:r>
      <w:r>
        <w:t xml:space="preserve">; заявление от </w:t>
      </w:r>
      <w:r>
        <w:rPr>
          <w:i/>
          <w:color w:val="854D0E"/>
        </w:rPr>
        <w:t>7 октября 2026 года</w:t>
      </w:r>
      <w:r>
        <w:t xml:space="preserve"> с отметкой о приёме; свидетельство о рождении </w:t>
      </w:r>
      <w:r>
        <w:rPr>
          <w:i/>
          <w:color w:val="854D0E"/>
        </w:rPr>
        <w:t>I-АБ</w:t>
      </w:r>
      <w:r>
        <w:t xml:space="preserve"> № </w:t>
      </w:r>
      <w:r>
        <w:rPr>
          <w:i/>
          <w:color w:val="854D0E"/>
        </w:rPr>
        <w:t>УЧ-104</w:t>
      </w:r>
      <w:r>
        <w:t xml:space="preserve"> от </w:t>
      </w:r>
      <w:r>
        <w:rPr>
          <w:i/>
          <w:color w:val="854D0E"/>
        </w:rPr>
        <w:t>10 октября 2008 года</w:t>
      </w:r>
      <w:r>
        <w:t xml:space="preserve">, дата рождения ребёнка — </w:t>
      </w:r>
      <w:r>
        <w:rPr>
          <w:i/>
          <w:color w:val="854D0E"/>
        </w:rPr>
        <w:t>1 октября 2008 года</w:t>
      </w:r>
      <w:r>
        <w:t xml:space="preserve">; расчёт долга от </w:t>
      </w:r>
      <w:r>
        <w:rPr>
          <w:i/>
          <w:color w:val="854D0E"/>
        </w:rPr>
        <w:t>5 октября 2026 года</w:t>
      </w:r>
      <w:r>
        <w:t xml:space="preserve"> № </w:t>
      </w:r>
      <w:r>
        <w:rPr>
          <w:i/>
          <w:color w:val="854D0E"/>
        </w:rPr>
        <w:t>УЧ-61</w:t>
      </w:r>
      <w:r>
        <w:t>; документы об извещении и получении постановления.</w:t>
      </w:r>
    </w:p>
    <w:p>
      <w:pPr>
        <w:ind w:firstLine="283"/>
      </w:pPr>
      <w:r>
        <w:t xml:space="preserve">Дата: </w:t>
      </w:r>
      <w:r>
        <w:rPr>
          <w:i/>
          <w:color w:val="854D0E"/>
        </w:rPr>
        <w:t>20 октября 2026 года</w:t>
      </w:r>
      <w:r/>
    </w:p>
    <w:p>
      <w:pPr>
        <w:ind w:firstLine="283"/>
      </w:pPr>
      <w:r>
        <w:t xml:space="preserve">Подпись: __________________ / </w:t>
      </w:r>
      <w:r>
        <w:rPr>
          <w:i/>
          <w:color w:val="854D0E"/>
        </w:rPr>
        <w:t>Соколов Дмитрий Андреевич</w:t>
      </w:r>
      <w:r>
        <w:t xml:space="preserve"> /</w:t>
      </w:r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старшему приставу на отказ прекратить основное алиментное производство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