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«Учебный контур»</w:t>
            </w:r>
            <w:r>
              <w:rPr>
                <w:sz w:val="24"/>
              </w:rPr>
              <w:t xml:space="preserve"> (условный работодатель)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4, офис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взыскателя: </w:t>
            </w:r>
            <w:r>
              <w:rPr>
                <w:i/>
                <w:color w:val="854D0E"/>
                <w:sz w:val="24"/>
              </w:rPr>
              <w:t>Соколова Наталья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31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проверке учёта дохода при удержании алиментов</w:t>
      </w:r>
    </w:p>
    <w:p>
      <w:pPr>
        <w:ind w:firstLine="283"/>
      </w:pPr>
      <w:r>
        <w:t xml:space="preserve">Алименты с </w:t>
      </w:r>
      <w:r>
        <w:rPr>
          <w:i/>
          <w:color w:val="854D0E"/>
        </w:rPr>
        <w:t>Соколова Дмитрия Андреевича</w:t>
      </w:r>
      <w:r>
        <w:t xml:space="preserve"> взыскиваются на основании решения </w:t>
      </w:r>
      <w:r>
        <w:rPr>
          <w:i/>
          <w:color w:val="854D0E"/>
        </w:rPr>
        <w:t>Пролетарского районного суда г. Тулы от 10 февраля 2025 года</w:t>
      </w:r>
      <w:r>
        <w:t xml:space="preserve"> по делу </w:t>
      </w:r>
      <w:r>
        <w:rPr>
          <w:i/>
          <w:color w:val="854D0E"/>
        </w:rPr>
        <w:t>2-114/2025</w:t>
      </w:r>
      <w:r>
        <w:t xml:space="preserve"> и исполнительного листа </w:t>
      </w:r>
      <w:r>
        <w:rPr>
          <w:i/>
          <w:color w:val="854D0E"/>
        </w:rPr>
        <w:t>ФС № 900114 от 10 марта 2025 года</w:t>
      </w:r>
      <w:r>
        <w:t xml:space="preserve"> в размере </w:t>
      </w:r>
      <w:r>
        <w:rPr>
          <w:i/>
          <w:color w:val="854D0E"/>
        </w:rPr>
        <w:t>1/4</w:t>
      </w:r>
      <w:r>
        <w:t xml:space="preserve"> всех видов заработка и иного дохода, с которых производится удержание алиментов. Документ исполняется Вами; сведения о предъявлении или производстве: прямое предъявление работодателю </w:t>
      </w:r>
      <w:r>
        <w:rPr>
          <w:i/>
          <w:color w:val="854D0E"/>
        </w:rPr>
        <w:t>1 апреля 2025 года</w:t>
      </w:r>
      <w:r>
        <w:t xml:space="preserve">, входящий </w:t>
      </w:r>
      <w:r>
        <w:rPr>
          <w:i/>
          <w:color w:val="854D0E"/>
        </w:rPr>
        <w:t>№ 41</w:t>
      </w:r>
      <w:r>
        <w:t>.</w:t>
      </w:r>
    </w:p>
    <w:p>
      <w:pPr>
        <w:ind w:firstLine="283"/>
      </w:pPr>
      <w:r>
        <w:t xml:space="preserve">За период </w:t>
      </w:r>
      <w:r>
        <w:rPr>
          <w:i/>
          <w:color w:val="854D0E"/>
        </w:rPr>
        <w:t>сентября 2026 года</w:t>
      </w:r>
      <w:r>
        <w:t xml:space="preserve"> при удержании, по моим документам, не учтён доход в виде премии за результаты работы за </w:t>
      </w:r>
      <w:r>
        <w:rPr>
          <w:i/>
          <w:color w:val="854D0E"/>
        </w:rPr>
        <w:t>август 2026 года</w:t>
      </w:r>
      <w:r>
        <w:t xml:space="preserve">, начисленной работодателем в </w:t>
      </w:r>
      <w:r>
        <w:rPr>
          <w:i/>
          <w:color w:val="854D0E"/>
        </w:rPr>
        <w:t>сентябре 2026 года</w:t>
      </w:r>
      <w:r>
        <w:t xml:space="preserve">. Основания этого вывода: расчётный листок за </w:t>
      </w:r>
      <w:r>
        <w:rPr>
          <w:i/>
          <w:color w:val="854D0E"/>
        </w:rPr>
        <w:t>сентябрь 2026 года</w:t>
      </w:r>
      <w:r>
        <w:t xml:space="preserve"> показывает зарплату </w:t>
      </w:r>
      <w:r>
        <w:rPr>
          <w:i/>
          <w:color w:val="854D0E"/>
        </w:rPr>
        <w:t>80 000</w:t>
      </w:r>
      <w:r>
        <w:t xml:space="preserve"> руб., премию </w:t>
      </w:r>
      <w:r>
        <w:rPr>
          <w:i/>
          <w:color w:val="854D0E"/>
        </w:rPr>
        <w:t>20 000</w:t>
      </w:r>
      <w:r>
        <w:t xml:space="preserve"> руб. и НДФЛ </w:t>
      </w:r>
      <w:r>
        <w:rPr>
          <w:i/>
          <w:color w:val="854D0E"/>
        </w:rPr>
        <w:t>13 000</w:t>
      </w:r>
      <w:r>
        <w:t xml:space="preserve"> руб.; справка работодателя </w:t>
      </w:r>
      <w:r>
        <w:rPr>
          <w:i/>
          <w:color w:val="854D0E"/>
        </w:rPr>
        <w:t>от 5 октября 2026 года № 51</w:t>
      </w:r>
      <w:r>
        <w:t xml:space="preserve"> показывает удержание только из зарплаты. Известные удержания и перечисления: удержано </w:t>
      </w:r>
      <w:r>
        <w:rPr>
          <w:i/>
          <w:color w:val="854D0E"/>
        </w:rPr>
        <w:t>17 400</w:t>
      </w:r>
      <w:r>
        <w:t xml:space="preserve"> руб.; на мой счёт поступило </w:t>
      </w:r>
      <w:r>
        <w:rPr>
          <w:i/>
          <w:color w:val="854D0E"/>
        </w:rPr>
        <w:t>17 400</w:t>
      </w:r>
      <w:r>
        <w:t xml:space="preserve"> руб. </w:t>
      </w:r>
      <w:r>
        <w:rPr>
          <w:i/>
          <w:color w:val="854D0E"/>
        </w:rPr>
        <w:t>5 октября 2026 года</w:t>
      </w:r>
      <w:r>
        <w:t>.</w:t>
      </w:r>
    </w:p>
    <w:p>
      <w:pPr>
        <w:ind w:firstLine="283"/>
      </w:pPr>
      <w:r>
        <w:t>Мой проверочный расчёт: (</w:t>
      </w:r>
      <w:r>
        <w:rPr>
          <w:i/>
          <w:color w:val="854D0E"/>
        </w:rPr>
        <w:t>80 000</w:t>
      </w:r>
      <w:r>
        <w:t xml:space="preserve"> + </w:t>
      </w:r>
      <w:r>
        <w:rPr>
          <w:i/>
          <w:color w:val="854D0E"/>
        </w:rPr>
        <w:t>20 000</w:t>
      </w:r>
      <w:r>
        <w:t xml:space="preserve"> − </w:t>
      </w:r>
      <w:r>
        <w:rPr>
          <w:i/>
          <w:color w:val="854D0E"/>
        </w:rPr>
        <w:t>13 000</w:t>
      </w:r>
      <w:r>
        <w:t xml:space="preserve">) × </w:t>
      </w:r>
      <w:r>
        <w:rPr>
          <w:i/>
          <w:color w:val="854D0E"/>
        </w:rPr>
        <w:t>1/4</w:t>
      </w:r>
      <w:r>
        <w:t xml:space="preserve"> = </w:t>
      </w:r>
      <w:r>
        <w:rPr>
          <w:i/>
          <w:color w:val="854D0E"/>
        </w:rPr>
        <w:t>21 750</w:t>
      </w:r>
      <w:r>
        <w:t xml:space="preserve"> руб.; разница с перечисленными </w:t>
      </w:r>
      <w:r>
        <w:rPr>
          <w:i/>
          <w:color w:val="854D0E"/>
        </w:rPr>
        <w:t>17 400</w:t>
      </w:r>
      <w:r>
        <w:t xml:space="preserve"> руб. составляет </w:t>
      </w:r>
      <w:r>
        <w:rPr>
          <w:i/>
          <w:color w:val="854D0E"/>
        </w:rPr>
        <w:t>4 350</w:t>
      </w:r>
      <w:r>
        <w:t xml:space="preserve"> руб.; исходные данные — расчётный листок и справка работодателя за </w:t>
      </w:r>
      <w:r>
        <w:rPr>
          <w:i/>
          <w:color w:val="854D0E"/>
        </w:rPr>
        <w:t>сентябрь 2026 года</w:t>
      </w:r>
      <w:r>
        <w:t>.</w:t>
      </w:r>
    </w:p>
    <w:p>
      <w:pPr>
        <w:ind w:firstLine="283"/>
      </w:pPr>
      <w:r>
        <w:t>Прошу проверить, подлежит ли указанный подтверждённый доход учёту по действующему исполнительному документу, сопоставить его с произведёнными удержаниями и исправить выявленные ошибки в пределах Ваших полномочий. Прошу письменно сообщить результат и использованные при проверке данные в доступном мне объёме.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расчётного листка за </w:t>
      </w:r>
      <w:r>
        <w:rPr>
          <w:i/>
          <w:color w:val="854D0E"/>
        </w:rPr>
        <w:t>сентябрь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справки </w:t>
      </w:r>
      <w:r>
        <w:rPr>
          <w:i/>
          <w:color w:val="854D0E"/>
        </w:rPr>
        <w:t>от 5 октября 2026 года № 51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Выписка о поступлении </w:t>
      </w:r>
      <w:r>
        <w:rPr>
          <w:i/>
          <w:color w:val="854D0E"/>
        </w:rPr>
        <w:t>5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Подписанная сверка за </w:t>
      </w:r>
      <w:r>
        <w:rPr>
          <w:i/>
          <w:color w:val="854D0E"/>
        </w:rPr>
        <w:t>сентябрь 2026 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Наталья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исполнителю о проверке неучтённого дохода при удержании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