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ГУ МВД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127994, г. Москва, ул. Петровка, д. 38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ПРОВЕРКЕ КУРЕНИЯ НА ЛЕСТНИЧНОЙ ПЛОЩАДКЕ</w:t>
      </w:r>
    </w:p>
    <w:p>
      <w:pPr>
        <w:ind w:firstLine="283"/>
      </w:pPr>
      <w:r/>
      <w:r>
        <w:rPr>
          <w:i/>
          <w:color w:val="854D0E"/>
        </w:rPr>
        <w:t>По адресу: г. Москва, Ореховый бульвар, д. 10, корп. 1, на общей лестничной площадке третьего этажа я неоднократно наблюдала курение.</w:t>
      </w:r>
      <w:r/>
    </w:p>
    <w:p>
      <w:pPr>
        <w:ind w:firstLine="283"/>
      </w:pPr>
      <w:r/>
      <w:r>
        <w:rPr>
          <w:i/>
          <w:color w:val="854D0E"/>
        </w:rPr>
        <w:t>2 октября 2026 г. в 20:15 мужчина, фамилия которого мне неизвестна, курил сигарету у окна указанной площадки. Я лично видела горящую сигарету и дым. На сделанных мной фотографиях отражены место и обстоятельства эпизода.</w:t>
      </w:r>
      <w:r/>
    </w:p>
    <w:p>
      <w:pPr>
        <w:ind w:firstLine="283"/>
      </w:pPr>
      <w:r/>
      <w:r>
        <w:rPr>
          <w:i/>
          <w:color w:val="854D0E"/>
        </w:rPr>
        <w:t>Свидетель — Соколова Анна Павловна, проживающая в квартире № 14 этого дома. Она находилась на площадке и сообщила о готовности дать объяснения.</w:t>
      </w:r>
      <w:r/>
    </w:p>
    <w:p>
      <w:pPr>
        <w:ind w:firstLine="283"/>
      </w:pPr>
      <w:r>
        <w:t>Прошу проверить изложенные обстоятельства, при наличии оснований решить вопрос о привлечении виновного лица к ответственности и сообщить мне о принятом решении.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Фотографии эпизода 2 октября 2026 г. на электронном носителе.</w:t>
      </w:r>
      <w:r/>
    </w:p>
    <w:p>
      <w:pPr>
        <w:keepNext/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Письменная хронология лично наблюдавшихся эпизодов.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проверке курения на лестничной площадке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