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ind w:firstLine="0"/>
      </w:pPr>
      <w:r>
        <w:t>УЧЕБНЫЙ ПРИМЕР. Частные лица, их квартиры, права на объекты, дела, документы, суммы и события вымышлены. Указание реального учреждения, улицы или дома не означает, что описанное дело, проживание, медицинская помощь либо иное событие имели место. Реквизиты для реальной подачи проверяют по обстоятельствам своего дела.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администрацию муниципального округа город Кировск с подведомственной территорией Мурманской области</w:t>
            </w:r>
            <w:r>
              <w:rPr>
                <w:sz w:val="24"/>
              </w:rPr>
              <w:t xml:space="preserve"> (отдел опеки и попечительства)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Орлова Андрея Викторовича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проживания или регистрации: </w:t>
            </w:r>
            <w:r>
              <w:rPr>
                <w:i/>
                <w:color w:val="854D0E"/>
                <w:sz w:val="24"/>
              </w:rPr>
              <w:t>г. Кировск Мурманской области, ул. Мира, д. 7а, кв. 4</w:t>
            </w:r>
            <w:r>
              <w:rPr>
                <w:sz w:val="24"/>
              </w:rPr>
              <w:t xml:space="preserve"> (номер квартиры и обстоятельства предоставления жилья вымышлены)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Почтовый адрес: </w:t>
            </w:r>
            <w:r>
              <w:rPr>
                <w:i/>
                <w:color w:val="854D0E"/>
                <w:sz w:val="24"/>
              </w:rPr>
              <w:t>184250, г. Кировск Мурманской области, ул. Мира, д. 7а, кв. 4</w:t>
            </w:r>
            <w:r>
              <w:rPr>
                <w:sz w:val="24"/>
              </w:rPr>
              <w:t xml:space="preserve"> (номер квартиры и обстоятельства предоставления жилья вымышлены)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Контактный телефон: </w:t>
            </w:r>
            <w:r>
              <w:rPr>
                <w:i/>
                <w:color w:val="854D0E"/>
                <w:sz w:val="24"/>
              </w:rPr>
              <w:t>8(800)302-85-56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Данные паспорта: паспорт гражданина РФ </w:t>
            </w:r>
            <w:r>
              <w:rPr>
                <w:i/>
                <w:color w:val="854D0E"/>
                <w:sz w:val="24"/>
              </w:rPr>
              <w:t>00 00 № 000003</w:t>
            </w:r>
            <w:r>
              <w:rPr>
                <w:sz w:val="24"/>
              </w:rPr>
              <w:t xml:space="preserve">, выдан </w:t>
            </w:r>
            <w:r>
              <w:rPr>
                <w:i/>
                <w:color w:val="854D0E"/>
                <w:sz w:val="24"/>
              </w:rPr>
              <w:t>10 марта 2021 года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УМВД России по Мурманской области</w:t>
            </w:r>
            <w:r>
              <w:rPr>
                <w:sz w:val="24"/>
              </w:rPr>
              <w:t xml:space="preserve"> (все реквизиты вымышлены); дата рождения </w:t>
            </w:r>
            <w:r>
              <w:rPr>
                <w:i/>
                <w:color w:val="854D0E"/>
                <w:sz w:val="24"/>
              </w:rPr>
              <w:t>14 февраля 2001 года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на предоставление государственной услуги о сокращении срока действия договора найма специализированного жилого помещения</w:t>
      </w:r>
    </w:p>
    <w:p>
      <w:pPr>
        <w:ind w:firstLine="283"/>
      </w:pPr>
      <w:r>
        <w:t xml:space="preserve">Прошу сократить срок действия договора найма специализированного жилого помещения от </w:t>
      </w:r>
      <w:r>
        <w:rPr>
          <w:i/>
          <w:color w:val="854D0E"/>
        </w:rPr>
        <w:t>1 июня 2023 года</w:t>
      </w:r>
      <w:r>
        <w:t xml:space="preserve"> № </w:t>
      </w:r>
      <w:r>
        <w:rPr>
          <w:i/>
          <w:color w:val="854D0E"/>
        </w:rPr>
        <w:t>СН-18/2023</w:t>
      </w:r>
      <w:r>
        <w:t xml:space="preserve"> (вымышленные реквизиты) по адресу: </w:t>
      </w:r>
      <w:r>
        <w:rPr>
          <w:i/>
          <w:color w:val="854D0E"/>
        </w:rPr>
        <w:t>г. Кировск Мурманской области, ул. Мира, д. 7а, кв. 4</w:t>
      </w:r>
      <w:r>
        <w:t xml:space="preserve"> (номер квартиры и обстоятельства предоставления жилья вымышлены) в связи с тем, что я достиг возраста 25 лет и прошу завершить первоначальный пятилетний договор досрочно. Он заключён на срок с </w:t>
      </w:r>
      <w:r>
        <w:rPr>
          <w:i/>
          <w:color w:val="854D0E"/>
        </w:rPr>
        <w:t>1 июня 2023 года</w:t>
      </w:r>
      <w:r>
        <w:t xml:space="preserve"> по </w:t>
      </w:r>
      <w:r>
        <w:rPr>
          <w:i/>
          <w:color w:val="854D0E"/>
        </w:rPr>
        <w:t>31 мая 2028 года</w:t>
      </w:r>
      <w:r>
        <w:t xml:space="preserve">. Прошу сократить его срок на </w:t>
      </w:r>
      <w:r>
        <w:rPr>
          <w:i/>
          <w:color w:val="854D0E"/>
        </w:rPr>
        <w:t>18 месяцев</w:t>
      </w:r>
      <w:r>
        <w:t xml:space="preserve"> — до </w:t>
      </w:r>
      <w:r>
        <w:rPr>
          <w:i/>
          <w:color w:val="854D0E"/>
        </w:rPr>
        <w:t>30 ноября 2026 года</w:t>
      </w:r>
      <w:r>
        <w:t>; это запрашиваемая дата, а не уже принятое решение.</w:t>
      </w:r>
    </w:p>
    <w:p>
      <w:pPr>
        <w:ind w:firstLine="283"/>
      </w:pPr>
      <w:r>
        <w:t xml:space="preserve">Моя семья для этого примера состоит из одного человека — меня; супруга и детей нет. </w:t>
      </w:r>
      <w:r>
        <w:rPr>
          <w:i/>
          <w:color w:val="854D0E"/>
        </w:rPr>
        <w:t>С октября 2025 года по сентябрь 2026 года</w:t>
      </w:r>
      <w:r>
        <w:t xml:space="preserve"> ежемесячно начислялась заработная плата </w:t>
      </w:r>
      <w:r>
        <w:rPr>
          <w:i/>
          <w:color w:val="854D0E"/>
        </w:rPr>
        <w:t>160 000 рублей</w:t>
      </w:r>
      <w:r>
        <w:t xml:space="preserve">; ежемесячно после удержания НДФЛ получал </w:t>
      </w:r>
      <w:r>
        <w:rPr>
          <w:i/>
          <w:color w:val="854D0E"/>
        </w:rPr>
        <w:t>139 200 рублей</w:t>
      </w:r>
      <w:r>
        <w:t xml:space="preserve">, других доходов не было. За эти двенадцать календарных месяцев получено </w:t>
      </w:r>
      <w:r>
        <w:rPr>
          <w:i/>
          <w:color w:val="854D0E"/>
        </w:rPr>
        <w:t>1 670 400 рублей</w:t>
      </w:r>
      <w:r>
        <w:t xml:space="preserve">, среднемесячный и среднедушевой доход — </w:t>
      </w:r>
      <w:r>
        <w:rPr>
          <w:i/>
          <w:color w:val="854D0E"/>
        </w:rPr>
        <w:t>139 200 рублей</w:t>
      </w:r>
      <w:r>
        <w:t>. Прошу проверить сведения о доходах и их соответствие применимым требованиям; МРОТ и региональный прожиточный минимум — разные условия, доход не подтверждается одним фактом работы.</w:t>
      </w:r>
    </w:p>
    <w:p>
      <w:pPr>
        <w:ind w:firstLine="283"/>
      </w:pPr>
      <w:r>
        <w:t>Задолженности по налогам, сборам и иным обязательным платежам в бюджеты нет; отсрочка или рассрочка не предоставлялась. Обязанности по договору найма исполняю надлежащим образом: своевременно оплачиваю наём и коммунальные услуги, использую квартиру для проживания, обеспечиваю её сохранность и соблюдаю права соседей. Отсутствие налоговой задолженности и исполнение обязанностей по найму — отдельные обстоятельства.</w:t>
      </w:r>
    </w:p>
    <w:p>
      <w:pPr>
        <w:ind w:firstLine="283"/>
      </w:pPr>
      <w:r>
        <w:t>Психических заболеваний или расстройств, алкогольной или наркотической зависимости нет; прилагаю соответствующие учебные примеры справок двух диспансеров, а не только сведения о нестоянии на учёте. Судимости и фактов уголовного преследования за умышленные преступления не было. Обстоятельств, свидетельствующих о необходимости содействия мне в преодолении трудной жизненной ситуации, не имеется; прошу уполномоченный орган проверить это и получить необходимое заключение. Не утверждаю, что такое заключение уже выдано. Прошу провести предусмотренные межведомственные проверки; это заявление не заменяет акт о сокращении срока, исключение помещения из специализированного фонда или договор социального найма.</w:t>
      </w:r>
    </w:p>
    <w:p>
      <w:pPr>
        <w:ind w:firstLine="283"/>
      </w:pPr>
      <w:r>
        <w:t>Я отношусь к категории лиц, указанных в пункте 5 статьи 4 Закона Мурманской области от 25.12.2012 № 1567-01-ЗМО «Об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родителей».</w:t>
      </w:r>
    </w:p>
    <w:p>
      <w:pPr>
        <w:ind w:firstLine="283"/>
      </w:pPr>
      <w:r>
        <w:t>Я подтверждаю достоверность и полноту настоящих сведений и даю согласие на проведение проверки представленных мною сведений в органах местного самоуправления, территориальных органах федеральных органов исполнительной власти, а также согласие на обработку персональных данных.</w:t>
      </w:r>
    </w:p>
    <w:p>
      <w:pPr>
        <w:ind w:firstLine="283"/>
      </w:pPr>
      <w:r>
        <w:t>К заявлению прилагаю:</w:t>
      </w:r>
    </w:p>
    <w:p>
      <w:pPr>
        <w:keepLines/>
        <w:tabs>
          <w:tab w:pos="709" w:val="left"/>
        </w:tabs>
        <w:ind w:left="709" w:hanging="425"/>
      </w:pPr>
      <w:r>
        <w:t>1)</w:t>
        <w:tab/>
      </w:r>
      <w:r>
        <w:t xml:space="preserve">копия учебного паспорта заявителя </w:t>
      </w:r>
      <w:r>
        <w:rPr>
          <w:i/>
          <w:color w:val="854D0E"/>
        </w:rPr>
        <w:t>00 00 № 000003</w:t>
      </w:r>
      <w:r>
        <w:t xml:space="preserve">, выданного </w:t>
      </w:r>
      <w:r>
        <w:rPr>
          <w:i/>
          <w:color w:val="854D0E"/>
        </w:rPr>
        <w:t>10 марта 2021 года</w:t>
      </w:r>
      <w:r>
        <w:t xml:space="preserve"> </w:t>
      </w:r>
      <w:r>
        <w:rPr>
          <w:i/>
          <w:color w:val="854D0E"/>
        </w:rPr>
        <w:t>УМВД России по Мурманской области</w:t>
      </w:r>
      <w:r>
        <w:t>; других членов семьи в этом примере нет;</w:t>
      </w:r>
    </w:p>
    <w:p>
      <w:pPr>
        <w:keepLines/>
        <w:tabs>
          <w:tab w:pos="709" w:val="left"/>
        </w:tabs>
        <w:ind w:left="709" w:hanging="425"/>
      </w:pPr>
      <w:r>
        <w:t>2)</w:t>
        <w:tab/>
      </w:r>
      <w:r>
        <w:t xml:space="preserve">учебный пример справки психоневрологического диспансера об отсутствии психических заболеваний или расстройств от </w:t>
      </w:r>
      <w:r>
        <w:rPr>
          <w:i/>
          <w:color w:val="854D0E"/>
        </w:rPr>
        <w:t>9 октября 2026 года</w:t>
      </w:r>
      <w:r>
        <w:t xml:space="preserve">, № </w:t>
      </w:r>
      <w:r>
        <w:rPr>
          <w:i/>
          <w:color w:val="854D0E"/>
        </w:rPr>
        <w:t>УЧ-ПНД-1</w:t>
      </w:r>
      <w:r>
        <w:t>; реквизиты и факт выдачи вымышлены; здесь указан вид справки, а не выдуманное наименование публичного учреждения;</w:t>
      </w:r>
    </w:p>
    <w:p>
      <w:pPr>
        <w:keepLines/>
        <w:tabs>
          <w:tab w:pos="709" w:val="left"/>
        </w:tabs>
        <w:ind w:left="709" w:hanging="425"/>
      </w:pPr>
      <w:r>
        <w:t>3)</w:t>
        <w:tab/>
      </w:r>
      <w:r>
        <w:t xml:space="preserve">учебный пример справки наркологического диспансера об отсутствии алкогольной или наркотической зависимости от </w:t>
      </w:r>
      <w:r>
        <w:rPr>
          <w:i/>
          <w:color w:val="854D0E"/>
        </w:rPr>
        <w:t>9 октября 2026 года</w:t>
      </w:r>
      <w:r>
        <w:t xml:space="preserve">, № </w:t>
      </w:r>
      <w:r>
        <w:rPr>
          <w:i/>
          <w:color w:val="854D0E"/>
        </w:rPr>
        <w:t>УЧ-НД-1</w:t>
      </w:r>
      <w:r>
        <w:t>; реквизиты и факт выдачи вымышлены; здесь указан вид справки, а не выдуманное наименование публичного учреждения.</w:t>
      </w:r>
    </w:p>
    <w:p>
      <w:pPr>
        <w:ind w:firstLine="283"/>
      </w:pPr>
      <w:r>
        <w:t>Результат предоставления государственной услуги прошу сообщить следующим образом:</w:t>
      </w:r>
    </w:p>
    <w:p>
      <w:pPr>
        <w:keepLines/>
        <w:tabs>
          <w:tab w:pos="709" w:val="left"/>
        </w:tabs>
        <w:ind w:left="709" w:hanging="425"/>
      </w:pPr>
      <w:r>
        <w:t>☒</w:t>
        <w:tab/>
      </w:r>
      <w:r>
        <w:t>на бумажном носителе заказным почтовым отправлением;</w:t>
      </w:r>
    </w:p>
    <w:p>
      <w:pPr>
        <w:keepLines/>
        <w:tabs>
          <w:tab w:pos="709" w:val="left"/>
        </w:tabs>
        <w:ind w:left="709" w:hanging="425"/>
      </w:pPr>
      <w:r>
        <w:t>☐</w:t>
        <w:tab/>
      </w:r>
      <w:r>
        <w:t>дополнительно на бумажном носителе в МФЦ в виде распечатанного экземпляра электронного документа, направленного в личный кабинет заявителя;</w:t>
      </w:r>
    </w:p>
    <w:p>
      <w:pPr>
        <w:keepNext/>
        <w:keepLines/>
        <w:tabs>
          <w:tab w:pos="709" w:val="left"/>
        </w:tabs>
        <w:ind w:left="709" w:hanging="425"/>
      </w:pPr>
      <w:r>
        <w:t>☐</w:t>
        <w:tab/>
      </w:r>
      <w:r>
        <w:t>в виде электронного документа с использованием Единого портала, направленного в личный кабинет заявителя.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20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 w:after="0"/>
              <w:ind w:firstLine="0"/>
              <w:jc w:val="right"/>
            </w:pPr>
            <w:r>
              <w:t xml:space="preserve">Заявитель: </w:t>
            </w:r>
            <w:r>
              <w:rPr>
                <w:i/>
                <w:color w:val="854D0E"/>
              </w:rPr>
              <w:t>Орлов Андрей Викторович</w:t>
            </w:r>
            <w:r/>
          </w:p>
          <w:p>
            <w:pPr>
              <w:keepNext w:val="0"/>
              <w:spacing w:before="0" w:after="0"/>
              <w:ind w:firstLine="0"/>
              <w:jc w:val="right"/>
            </w:pPr>
            <w:r>
              <w:t>Подпись: личная подпись в учебном примере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досрочном сокращении найма: пример для Кировска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