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Нотариусу </w:t>
            </w:r>
            <w:r>
              <w:rPr>
                <w:i/>
                <w:color w:val="854D0E"/>
                <w:sz w:val="24"/>
              </w:rPr>
              <w:t>Никольской Ирине Валерьевне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нотариальный округ: </w:t>
            </w:r>
            <w:r>
              <w:rPr>
                <w:i/>
                <w:color w:val="854D0E"/>
                <w:sz w:val="24"/>
              </w:rPr>
              <w:t>Домодедовский нотариальный округ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нотариальной конторы: </w:t>
            </w:r>
            <w:r>
              <w:rPr>
                <w:i/>
                <w:color w:val="854D0E"/>
                <w:sz w:val="24"/>
              </w:rPr>
              <w:t>142001, Московская область, г. Домодедово, мкр. Северный, Каширское шоссе, д. 4, корп. 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Заявитель: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Иванов Сергей Петрович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рождения: </w:t>
            </w:r>
            <w:r>
              <w:rPr>
                <w:i/>
                <w:color w:val="854D0E"/>
                <w:sz w:val="24"/>
              </w:rPr>
              <w:t>5 апреля 1958 года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паспорт: </w:t>
            </w:r>
            <w:r>
              <w:rPr>
                <w:i/>
                <w:color w:val="854D0E"/>
                <w:sz w:val="24"/>
              </w:rPr>
              <w:t>46 08 123456</w:t>
            </w:r>
            <w:r>
              <w:rPr>
                <w:sz w:val="24"/>
              </w:rPr>
              <w:t xml:space="preserve">, выдан </w:t>
            </w:r>
            <w:r>
              <w:rPr>
                <w:i/>
                <w:color w:val="854D0E"/>
                <w:sz w:val="24"/>
              </w:rPr>
              <w:t>20 мая 2008 года</w:t>
            </w:r>
            <w:r>
              <w:rPr>
                <w:sz w:val="24"/>
              </w:rPr>
              <w:t>; данные условные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Московская область, г. Домодедово, Каширское шоссе, д. 83,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+7 (999) 000-00-58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ЗАЯВЛЕНИЕ</w:t>
        <w:br/>
        <w:t>о выдаче дубликата утраченного завещания</w:t>
      </w:r>
    </w:p>
    <w:p>
      <w:pPr>
        <w:ind w:firstLine="283"/>
      </w:pPr>
      <w:r>
        <w:t xml:space="preserve">Я, </w:t>
      </w:r>
      <w:r>
        <w:rPr>
          <w:i/>
          <w:color w:val="854D0E"/>
        </w:rPr>
        <w:t>Иванов Сергей Петрович</w:t>
      </w:r>
      <w:r>
        <w:t xml:space="preserve">, лично обращаюсь в связи с утратой моего экземпляра завещания, удостоверенного </w:t>
      </w:r>
      <w:r>
        <w:rPr>
          <w:i/>
          <w:color w:val="854D0E"/>
        </w:rPr>
        <w:t>17 октября 2026 года</w:t>
      </w:r>
      <w:r>
        <w:t xml:space="preserve"> нотариусом </w:t>
      </w:r>
      <w:r>
        <w:rPr>
          <w:i/>
          <w:color w:val="854D0E"/>
        </w:rPr>
        <w:t>Никольской Ириной Валерьевной</w:t>
      </w:r>
      <w:r>
        <w:t xml:space="preserve">, нотариальный округ </w:t>
      </w:r>
      <w:r>
        <w:rPr>
          <w:i/>
          <w:color w:val="854D0E"/>
        </w:rPr>
        <w:t>Домодедовский нотариальный округ Московской области</w:t>
      </w:r>
      <w:r>
        <w:t xml:space="preserve">, зарегистрированного в реестре за № </w:t>
      </w:r>
      <w:r>
        <w:rPr>
          <w:i/>
          <w:color w:val="854D0E"/>
        </w:rPr>
        <w:t>50/125-н/50-2026-1-234</w:t>
      </w:r>
      <w:r>
        <w:t>.</w:t>
      </w:r>
    </w:p>
    <w:p>
      <w:pPr>
        <w:ind w:firstLine="283"/>
      </w:pPr>
      <w:r>
        <w:t>Мой экземпляр утрачен при следующих обстоятельствах: при разборе домашних документов в октябре 2026 года не обнаружен бумажный экземпляр; сохранилась его фотография. Экземпляр нотариального документа, по имеющимся у меня сведениям, хранится у адресата настоящего заявления. Сведения об удостоверении сообщаю для установления нужного документа; они подлежат проверке нотариусом.</w:t>
      </w:r>
    </w:p>
    <w:p>
      <w:pPr>
        <w:ind w:firstLine="283"/>
      </w:pPr>
      <w:r>
        <w:t>На основании статьи 52 Основ законодательства Российской Федерации о нотариате прошу выдать мне дубликат указанного нотариально удостоверенного завещания.</w:t>
      </w:r>
    </w:p>
    <w:p>
      <w:pPr>
        <w:ind w:firstLine="283"/>
      </w:pPr>
      <w:r>
        <w:t>Настоящим заявлением я не изменяю и не отменяю завещание и не совершаю нового завещательного распоряжения. Я обращаюсь как живой завещатель за собственным документом. Вопрос о сохранении действия завещания и наличии последующих распоряжений проверяется отдельно; выдача дубликата не подтверждает отсутствие более позднего завещания.</w:t>
      </w:r>
    </w:p>
    <w:p>
      <w:pPr>
        <w:ind w:firstLine="283"/>
      </w:pPr>
      <w:r>
        <w:t>Для проверки личности предъявляю паспорт. Представляю сохранившуюся фотографию завещания с указанными выше реквизитами. Точный перечень необходимых сведений и документов согласуется с нотариусом по обстоятельствам обращения.</w:t>
      </w:r>
    </w:p>
    <w:p>
      <w:pPr>
        <w:ind w:firstLine="283"/>
      </w:pPr>
      <w:r>
        <w:t xml:space="preserve">Дата: </w:t>
      </w:r>
      <w:r>
        <w:rPr>
          <w:i/>
          <w:color w:val="854D0E"/>
        </w:rPr>
        <w:t>17 октября 2026 года</w:t>
      </w:r>
      <w:r>
        <w:br/>
        <w:t xml:space="preserve">Подпись: ________________ / </w:t>
      </w:r>
      <w:r>
        <w:rPr>
          <w:i/>
          <w:color w:val="854D0E"/>
        </w:rPr>
        <w:t>Иванов Сергей Петрович</w:t>
      </w:r>
      <w:r>
        <w:t xml:space="preserve"> /</w:t>
      </w:r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живого завещателя о выдаче дубликата утраченного завещания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