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Фёдоровой Веры Алексеевны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Лесная, д. 15, кв.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ПИСЬМЕННАЯ ПРОСЬБА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ознакомлении с материалами наследственного дела</w:t>
      </w:r>
    </w:p>
    <w:p>
      <w:pPr>
        <w:ind w:firstLine="283"/>
      </w:pPr>
      <w:r>
        <w:t xml:space="preserve">Прошу предоставить мне возможность ознакомиться с материалами наследственного дела № </w:t>
      </w:r>
      <w:r>
        <w:rPr>
          <w:i/>
          <w:color w:val="854D0E"/>
        </w:rPr>
        <w:t>104/2026</w:t>
      </w:r>
      <w:r>
        <w:t xml:space="preserve"> после смерти </w:t>
      </w:r>
      <w:r>
        <w:rPr>
          <w:i/>
          <w:color w:val="854D0E"/>
        </w:rPr>
        <w:t>Фёдорова Алексея Петровича</w:t>
      </w:r>
      <w:r>
        <w:t xml:space="preserve">, умершего </w:t>
      </w:r>
      <w:r>
        <w:rPr>
          <w:i/>
          <w:color w:val="854D0E"/>
        </w:rPr>
        <w:t>10 января 2026 года</w:t>
      </w:r>
      <w:r>
        <w:t>, в части, затрагивающей мой наследственный или иной имущественный интерес.</w:t>
      </w:r>
    </w:p>
    <w:p>
      <w:pPr>
        <w:ind w:firstLine="283"/>
      </w:pPr>
      <w:r>
        <w:t xml:space="preserve">Мой интерес состоит в следующем: я указана наследницей всего имущества в завещании </w:t>
      </w:r>
      <w:r>
        <w:rPr>
          <w:i/>
          <w:color w:val="854D0E"/>
        </w:rPr>
        <w:t>Алексея Петровича Фёдорова</w:t>
      </w:r>
      <w:r>
        <w:t xml:space="preserve"> от </w:t>
      </w:r>
      <w:r>
        <w:rPr>
          <w:i/>
          <w:color w:val="854D0E"/>
        </w:rPr>
        <w:t>12 мая 2025 года</w:t>
      </w:r>
      <w:r>
        <w:t xml:space="preserve">; содержание и действительность завещательного распоряжения непосредственно затрагивают мои наследственные права. Его подтверждают имеющийся у меня экземпляр завещания от </w:t>
      </w:r>
      <w:r>
        <w:rPr>
          <w:i/>
          <w:color w:val="854D0E"/>
        </w:rPr>
        <w:t>12 мая 2025 года</w:t>
      </w:r>
      <w:r>
        <w:t xml:space="preserve">, реестровый № </w:t>
      </w:r>
      <w:r>
        <w:rPr>
          <w:i/>
          <w:color w:val="854D0E"/>
        </w:rPr>
        <w:t>50/200-н/50-2025-1-412</w:t>
      </w:r>
      <w:r>
        <w:t xml:space="preserve">; отметка нотариуса от </w:t>
      </w:r>
      <w:r>
        <w:rPr>
          <w:i/>
          <w:color w:val="854D0E"/>
        </w:rPr>
        <w:t>20 февраля 2026 года</w:t>
      </w:r>
      <w:r>
        <w:t xml:space="preserve"> о получении моего заявления о принятии наследства по этому завещанию.</w:t>
      </w:r>
    </w:p>
    <w:p>
      <w:pPr>
        <w:ind w:firstLine="283"/>
      </w:pPr>
      <w:r>
        <w:t xml:space="preserve">Для ознакомления прошу предоставить следующие материалы: содержащееся в деле завещание </w:t>
      </w:r>
      <w:r>
        <w:rPr>
          <w:i/>
          <w:color w:val="854D0E"/>
        </w:rPr>
        <w:t>Алексея Петровича Фёдорова</w:t>
      </w:r>
      <w:r>
        <w:t xml:space="preserve"> и материалы проверки сведений о его действительности в части распоряжения в мою пользу. Если доступ к отдельным сведениям ограничен, прошу определить допустимый объём ознакомления с учётом подтверждённого интереса и защиты персональных данных.</w:t>
      </w:r>
    </w:p>
    <w:p>
      <w:pPr>
        <w:ind w:firstLine="283"/>
      </w:pPr>
      <w:r>
        <w:t>Прошу сообщить мне порядок и время ознакомления по указанным контактным данным. При ознакомлении прошу разрешить фотографирование доступных мне материалов с соблюдением требований о защите персональных данных. Фотографирование не означает выдачу нотариальных копий документов.</w:t>
      </w:r>
    </w:p>
    <w:p>
      <w:pPr>
        <w:ind w:firstLine="283"/>
      </w:pPr>
      <w:r>
        <w:t>Настоящая просьба не является заявлением о принятии наследства или о выдаче свидетельства о праве на наследство. Она не заменяет отдельную процедуру получения копии протокола вскрытия и оглашения закрытого завещания.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Экземпляр завещания </w:t>
      </w:r>
      <w:r>
        <w:rPr>
          <w:i/>
          <w:color w:val="854D0E"/>
        </w:rPr>
        <w:t>Алексея Петровича Фёдорова</w:t>
      </w:r>
      <w:r>
        <w:t xml:space="preserve"> от </w:t>
      </w:r>
      <w:r>
        <w:rPr>
          <w:i/>
          <w:color w:val="854D0E"/>
        </w:rPr>
        <w:t>12 мая 2025 года</w:t>
      </w:r>
      <w:r>
        <w:t xml:space="preserve">, реестровый № </w:t>
      </w:r>
      <w:r>
        <w:rPr>
          <w:i/>
          <w:color w:val="854D0E"/>
        </w:rPr>
        <w:t>50/200-н/50-2025-1-412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Документ с отметкой нотариуса от </w:t>
      </w:r>
      <w:r>
        <w:rPr>
          <w:i/>
          <w:color w:val="854D0E"/>
        </w:rPr>
        <w:t>20 февраля 2026 года</w:t>
      </w:r>
      <w:r>
        <w:t xml:space="preserve"> о получении заявления </w:t>
      </w:r>
      <w:r>
        <w:rPr>
          <w:i/>
          <w:color w:val="854D0E"/>
        </w:rPr>
        <w:t>Веры Алексеевны Фёдоровой</w:t>
      </w:r>
      <w:r>
        <w:t xml:space="preserve"> о принятии наследства.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В. А. Фёдорова /</w:t>
            </w:r>
            <w:r>
              <w:rPr>
                <w:i/>
                <w:color w:val="854D0E"/>
              </w:rPr>
              <w:t>Фёдорова Вера Алексеевна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Письменная просьба нотариусу об ознакомлении с наследственным делом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