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Главному судебному приставу соответствующего субъекта Российской Федерации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Власов Андрей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Документ, удостоверяющий личность: паспорт 45 16 № 900701, выдан 15 июня 2016 года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возбуждении исполнительного производства</w:t>
      </w:r>
    </w:p>
    <w:p>
      <w:pPr>
        <w:ind w:firstLine="283"/>
      </w:pPr>
      <w:r>
        <w:t>Конкретное подразделение судебных приставов, в котором должно быть возбуждено исполнительное производство, мне неизвестно. На основании части 4 статьи 30 Федерального закона № 229-ФЗ прошу главного судебного пристава субъекта Российской Федерации направить настоящее заявление и приложенный оригинал исполнительного листа в соответствующее подразделение судебных приставов.</w:t>
      </w:r>
    </w:p>
    <w:p>
      <w:pPr>
        <w:ind w:firstLine="283"/>
      </w:pPr>
      <w:r>
        <w:t xml:space="preserve">После направления документов прошу компетентного судебного пристава-исполнителя возбудить исполнительное производство на основании оригинала исполнительного листа серии ФС № 009421 от 8 октября 2026 года, выданного по делу № </w:t>
      </w:r>
      <w:r>
        <w:rPr>
          <w:i/>
          <w:color w:val="854D0E"/>
        </w:rPr>
        <w:t>2-900/2026</w:t>
      </w:r>
      <w:r>
        <w:t xml:space="preserve"> на основании решения Нагатинского районного суда города Москвы от 1 сентября 2026 года, вступившего в законную силу 3 октября 2026 года.</w:t>
      </w:r>
    </w:p>
    <w:p>
      <w:pPr>
        <w:ind w:firstLine="283"/>
      </w:pPr>
      <w:r>
        <w:t xml:space="preserve">Должник: </w:t>
      </w:r>
      <w:r>
        <w:rPr>
          <w:i/>
          <w:color w:val="854D0E"/>
        </w:rPr>
        <w:t>Соколов Андрей Викторович</w:t>
      </w:r>
      <w:r>
        <w:t xml:space="preserve">. Известные данные для идентификации: 22 марта 1986 года рождения; паспорт 45 16 № 900718; место рождения — г. Москва. Адрес должника: </w:t>
      </w:r>
      <w:r>
        <w:rPr>
          <w:i/>
          <w:color w:val="854D0E"/>
        </w:rPr>
        <w:t>г. Москва, Ореховый бульвар, д. 10, корп. 1, кв. 18</w:t>
      </w:r>
      <w:r>
        <w:t>.</w:t>
      </w:r>
    </w:p>
    <w:p>
      <w:pPr>
        <w:ind w:firstLine="283"/>
      </w:pPr>
      <w:r>
        <w:t>Место совершения исполнительных действий по части 1 статьи 33 Федерального закона № 229-ФЗ: указанное в исполнительном листе место жительства должника — г. Москва, Ореховый бульвар, д. 10, корп. 1, кв. 18; конкретное подразделение судебных приставов мне неизвестно.</w:t>
      </w:r>
    </w:p>
    <w:p>
      <w:pPr>
        <w:ind w:firstLine="283"/>
      </w:pPr>
      <w:r>
        <w:t>В мою пользу взыскано 150 000 рублей в связи с ущербом от залива. Фактическое исполнение к дате обращения: 6 октября 2026 года должник добровольно перечислил 20 000 рублей; других выплат к 19 октября 2026 года не получено. Непогашенная сумма: 150 000 − 20 000 = 130 000 рублей. Прежнее предъявление листа к исполнению: оригинал предъявлялся в ПАО Сбербанк 12 октября 2026 года и возвращён взыскателю 16 октября 2026 года без исполнения; приложена учебная отметка банка о возврате; у других адресатов оригинал не находится.</w:t>
      </w:r>
    </w:p>
    <w:p>
      <w:pPr>
        <w:ind w:firstLine="283"/>
      </w:pPr>
      <w:r>
        <w:t>Известные мне сведения о счетах, доходах или имуществе должника: по сведениям, указанным должником в переписке от 5 октября 2026 года, у него имеется счёт в ПАО Сбербанк; номер счёта неизвестен; иных подтверждённых сведений об имуществе нет. Прошу компетентного судебного пристава-исполнителя совершить предусмотренные законом исполнительные действия для исполнения листа и направить мне копию постановления о возбуждении производства либо иное принятое решение.</w:t>
      </w:r>
    </w:p>
    <w:p>
      <w:pPr>
        <w:ind w:firstLine="283"/>
      </w:pPr>
      <w:r>
        <w:t xml:space="preserve">Взысканные денежные средства прошу перечислять на счёт: получатель </w:t>
      </w:r>
      <w:r>
        <w:rPr>
          <w:i/>
          <w:color w:val="854D0E"/>
        </w:rPr>
        <w:t>Власов Андрей Павлович</w:t>
      </w:r>
      <w:r>
        <w:t xml:space="preserve">, счёт </w:t>
      </w:r>
      <w:r>
        <w:rPr>
          <w:i/>
          <w:color w:val="854D0E"/>
        </w:rPr>
        <w:t>40817810900000007001</w:t>
      </w:r>
      <w:r>
        <w:t xml:space="preserve">, банк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корреспондентский счёт </w:t>
      </w:r>
      <w:r>
        <w:rPr>
          <w:i/>
          <w:color w:val="854D0E"/>
        </w:rPr>
        <w:t>30101810400000000225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Оригинал исполнительного листа.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учебной банковской выписки от 7 октября 2026 года и отметка банка о возврате оригинала от 16 октября 2026 года.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страницы учебного исполнительного листа с адресом должника; копия переписки от 5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 возбуждении производства по присуждённому ущербу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