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Руководителю </w:t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офис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 и возврата: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31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natalya.sokolova@example.org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прекращении прямого исполнения и возврате исполнительного документа</w:t>
      </w:r>
    </w:p>
    <w:p>
      <w:pPr>
        <w:ind w:firstLine="283"/>
      </w:pPr>
      <w:r>
        <w:t xml:space="preserve">Ранее мной непосредственно в </w:t>
      </w:r>
      <w:r>
        <w:rPr>
          <w:i/>
          <w:color w:val="854D0E"/>
        </w:rPr>
        <w:t>ООО «Учебный контур»</w:t>
      </w:r>
      <w:r>
        <w:t xml:space="preserve"> (условный работодатель) предъявлен исполнительный документ (исполнительный лист </w:t>
      </w:r>
      <w:r>
        <w:rPr>
          <w:i/>
          <w:color w:val="854D0E"/>
        </w:rPr>
        <w:t>ФС № 900114</w:t>
      </w:r>
      <w:r>
        <w:t xml:space="preserve">, выданный </w:t>
      </w:r>
      <w:r>
        <w:rPr>
          <w:i/>
          <w:color w:val="854D0E"/>
        </w:rPr>
        <w:t>10 марта 2025 года</w:t>
      </w:r>
      <w:r>
        <w:t xml:space="preserve"> </w:t>
      </w:r>
      <w:r>
        <w:rPr>
          <w:i/>
          <w:color w:val="854D0E"/>
        </w:rPr>
        <w:t>Пролетарским районным судом г. Тулы</w:t>
      </w:r>
      <w:r>
        <w:t xml:space="preserve"> по делу </w:t>
      </w:r>
      <w:r>
        <w:rPr>
          <w:i/>
          <w:color w:val="854D0E"/>
        </w:rPr>
        <w:t>2-114/2025</w:t>
      </w:r>
      <w:r>
        <w:t xml:space="preserve">) о взыскании алиментов с </w:t>
      </w:r>
      <w:r>
        <w:rPr>
          <w:i/>
          <w:color w:val="854D0E"/>
        </w:rPr>
        <w:t>Соколова Дмитрия Андреевича</w:t>
      </w:r>
      <w:r>
        <w:t xml:space="preserve">. Дата предъявления: </w:t>
      </w:r>
      <w:r>
        <w:rPr>
          <w:i/>
          <w:color w:val="854D0E"/>
        </w:rPr>
        <w:t>1 апреля 2025 года</w:t>
      </w:r>
      <w:r>
        <w:t xml:space="preserve">, подтверждение получения: отметка работодателя </w:t>
      </w:r>
      <w:r>
        <w:rPr>
          <w:i/>
          <w:color w:val="854D0E"/>
        </w:rPr>
        <w:t>от 1 апреля 2025 года № 41</w:t>
      </w:r>
      <w:r>
        <w:t xml:space="preserve"> на копии заявления.</w:t>
      </w:r>
    </w:p>
    <w:p>
      <w:pPr>
        <w:ind w:firstLine="283"/>
      </w:pPr>
      <w:r>
        <w:t>Прошу прекратить исполнение документа по моему заявлению и вернуть мне его оригинал для последующего предъявления в ФССП.</w:t>
      </w:r>
    </w:p>
    <w:p>
      <w:pPr>
        <w:ind w:firstLine="283"/>
      </w:pPr>
      <w:r>
        <w:t xml:space="preserve">При возврате прошу оформить предусмотренные законом отметки об основании окончания исполнения, периоде нахождения документа у работодателя и взысканной сумме при частичном исполнении. Оригинал прошу выдать мне лично под расписку при предъявлении паспорта; время получения согласовать по адресу </w:t>
      </w:r>
      <w:r>
        <w:rPr>
          <w:i/>
          <w:color w:val="854D0E"/>
        </w:rPr>
        <w:t>natalya.sokolova@example.org</w:t>
      </w:r>
      <w:r>
        <w:t>.</w:t>
      </w:r>
    </w:p>
    <w:p>
      <w:pPr>
        <w:ind w:firstLine="283"/>
      </w:pPr>
      <w:r>
        <w:t xml:space="preserve">Прошу также сообщить сведения об удержанных и перечисленных мне алиментах за период </w:t>
      </w:r>
      <w:r>
        <w:rPr>
          <w:i/>
          <w:color w:val="854D0E"/>
        </w:rPr>
        <w:t>с 1 апреля 2025 года по 30 сентября 2026 года</w:t>
      </w:r>
      <w:r>
        <w:t xml:space="preserve">: суммы, даты и реквизиты перечислений в доступном объёме. Ранее полученные сведения: справка работодателя </w:t>
      </w:r>
      <w:r>
        <w:rPr>
          <w:i/>
          <w:color w:val="854D0E"/>
        </w:rPr>
        <w:t>от 5 октября 2026 года № 51</w:t>
      </w:r>
      <w:r>
        <w:t xml:space="preserve"> о перечислениях за </w:t>
      </w:r>
      <w:r>
        <w:rPr>
          <w:i/>
          <w:color w:val="854D0E"/>
        </w:rPr>
        <w:t>сентябрь 2026 года</w:t>
      </w:r>
      <w:r>
        <w:t xml:space="preserve"> и выписки по моему счёту за </w:t>
      </w:r>
      <w:r>
        <w:rPr>
          <w:i/>
          <w:color w:val="854D0E"/>
        </w:rPr>
        <w:t>апрель 2025 года — сентябрь 2026 года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заявления с отметкой работодателя </w:t>
      </w:r>
      <w:r>
        <w:rPr>
          <w:i/>
          <w:color w:val="854D0E"/>
        </w:rPr>
        <w:t>от 1 апреля 2025 года № 41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справки </w:t>
      </w:r>
      <w:r>
        <w:rPr>
          <w:i/>
          <w:color w:val="854D0E"/>
        </w:rPr>
        <w:t>от 5 октября 2026 года № 51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 прекращении прямого исполнения и возврате оригинала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