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ДОВЕРЕННОСТЬ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Домодедово</w:t>
      </w:r>
      <w:r/>
    </w:p>
    <w:p>
      <w:pPr>
        <w:ind w:firstLine="283"/>
      </w:pPr>
      <w:r/>
      <w:r>
        <w:rPr>
          <w:i/>
          <w:color w:val="854D0E"/>
        </w:rPr>
        <w:t>5 октября 2026 года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 Сергей Павлович</w:t>
      </w:r>
      <w:r>
        <w:t xml:space="preserve">, </w:t>
      </w:r>
      <w:r>
        <w:rPr>
          <w:i/>
          <w:color w:val="854D0E"/>
        </w:rPr>
        <w:t>14 марта 1978 года рождения</w:t>
      </w:r>
      <w:r>
        <w:t>, гражданин РФ,</w:t>
      </w:r>
    </w:p>
    <w:p>
      <w:pPr>
        <w:ind w:firstLine="283"/>
      </w:pPr>
      <w:r>
        <w:t xml:space="preserve">паспорт: серия </w:t>
      </w:r>
      <w:r>
        <w:rPr>
          <w:i/>
          <w:color w:val="854D0E"/>
        </w:rPr>
        <w:t>46 18</w:t>
      </w:r>
      <w:r>
        <w:t xml:space="preserve"> № </w:t>
      </w:r>
      <w:r>
        <w:rPr>
          <w:i/>
          <w:color w:val="854D0E"/>
        </w:rPr>
        <w:t>301942</w:t>
      </w:r>
      <w:r>
        <w:t xml:space="preserve">, выдан </w:t>
      </w:r>
      <w:r>
        <w:rPr>
          <w:i/>
          <w:color w:val="854D0E"/>
        </w:rPr>
        <w:t>УМВД России по городскому округу Домодедово</w:t>
      </w:r>
      <w:r>
        <w:t xml:space="preserve"> </w:t>
      </w:r>
      <w:r>
        <w:rPr>
          <w:i/>
          <w:color w:val="854D0E"/>
        </w:rPr>
        <w:t>16 апреля 2018 года</w:t>
      </w:r>
      <w:r>
        <w:t>,</w:t>
      </w:r>
    </w:p>
    <w:p>
      <w:pPr>
        <w:ind w:firstLine="283"/>
      </w:pPr>
      <w:r>
        <w:t xml:space="preserve">адрес места жительства: </w:t>
      </w:r>
      <w:r>
        <w:rPr>
          <w:i/>
          <w:color w:val="854D0E"/>
        </w:rPr>
        <w:t>Московская область, г. Домодедово, мкр. Центральный, ул. Корнеева, д. 34, кв. 17,</w:t>
      </w:r>
      <w:r/>
    </w:p>
    <w:p>
      <w:pPr>
        <w:ind w:firstLine="283"/>
      </w:pPr>
      <w:r>
        <w:t>настоящей доверенностью уполномочиваю:</w:t>
      </w:r>
    </w:p>
    <w:p>
      <w:pPr>
        <w:ind w:firstLine="283"/>
      </w:pPr>
      <w:r/>
      <w:r>
        <w:rPr>
          <w:i/>
          <w:color w:val="854D0E"/>
        </w:rPr>
        <w:t>Петрова Павла Андреевича</w:t>
      </w:r>
      <w:r>
        <w:t>,</w:t>
      </w:r>
    </w:p>
    <w:p>
      <w:pPr>
        <w:ind w:firstLine="283"/>
      </w:pPr>
      <w:r/>
      <w:r>
        <w:rPr>
          <w:i/>
          <w:color w:val="854D0E"/>
        </w:rPr>
        <w:t>9 ноября 1980 года рождения</w:t>
      </w:r>
      <w:r>
        <w:t>,</w:t>
      </w:r>
    </w:p>
    <w:p>
      <w:pPr>
        <w:ind w:firstLine="283"/>
      </w:pPr>
      <w:r>
        <w:t xml:space="preserve">паспорт: серия </w:t>
      </w:r>
      <w:r>
        <w:rPr>
          <w:i/>
          <w:color w:val="854D0E"/>
        </w:rPr>
        <w:t>46 20</w:t>
      </w:r>
      <w:r>
        <w:t xml:space="preserve"> № </w:t>
      </w:r>
      <w:r>
        <w:rPr>
          <w:i/>
          <w:color w:val="854D0E"/>
        </w:rPr>
        <w:t>612408</w:t>
      </w:r>
      <w:r>
        <w:t xml:space="preserve">, выдан </w:t>
      </w:r>
      <w:r>
        <w:rPr>
          <w:i/>
          <w:color w:val="854D0E"/>
        </w:rPr>
        <w:t>УМВД России по городскому округу Домодедово</w:t>
      </w:r>
      <w:r>
        <w:t xml:space="preserve"> </w:t>
      </w:r>
      <w:r>
        <w:rPr>
          <w:i/>
          <w:color w:val="854D0E"/>
        </w:rPr>
        <w:t>11 мая 2020 года</w:t>
      </w:r>
      <w:r>
        <w:t>,</w:t>
      </w:r>
    </w:p>
    <w:p>
      <w:pPr>
        <w:ind w:firstLine="283"/>
      </w:pPr>
      <w:r>
        <w:t xml:space="preserve">адрес представителя: </w:t>
      </w:r>
      <w:r>
        <w:rPr>
          <w:i/>
          <w:color w:val="854D0E"/>
        </w:rPr>
        <w:t>Московская область, г. Домодедово, мкр. Центральный, ул. Корнеева, д. 34, кв. 18,</w:t>
      </w:r>
      <w:r/>
    </w:p>
    <w:p>
      <w:pPr>
        <w:ind w:firstLine="283"/>
      </w:pPr>
      <w:r>
        <w:t xml:space="preserve">представлять мои интересы в органе регистрационного учёта МВД России и, когда это допускается для моего случая, в МФЦ по вопросу добровольного снятия меня с регистрационного учёта по месту жительства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>.</w:t>
      </w:r>
    </w:p>
    <w:p>
      <w:pPr>
        <w:ind w:firstLine="283"/>
      </w:pPr>
      <w:r>
        <w:t>Доверяю представителю подписать и подать заявление о снятии меня с регистрационного учёта по форме № 33, представить необходимые документы, получить документы и результат предоставления услуги по этому вопросу.</w:t>
      </w:r>
    </w:p>
    <w:p>
      <w:pPr>
        <w:ind w:firstLine="283"/>
      </w:pPr>
      <w:r>
        <w:t xml:space="preserve">Настоящая доверенность выдана сроком до </w:t>
      </w:r>
      <w:r>
        <w:rPr>
          <w:i/>
          <w:color w:val="854D0E"/>
        </w:rPr>
        <w:t>5 октября 2027 года</w:t>
      </w:r>
      <w:r>
        <w:t>.</w:t>
      </w:r>
    </w:p>
    <w:p>
      <w:pPr>
        <w:ind w:firstLine="283"/>
      </w:pPr>
      <w:r/>
      <w:r>
        <w:rPr>
          <w:i/>
          <w:color w:val="854D0E"/>
        </w:rPr>
        <w:t>Без права передоверия</w:t>
      </w:r>
      <w:r>
        <w:t>.</w:t>
      </w:r>
    </w:p>
    <w:p>
      <w:pPr>
        <w:keepNext/>
        <w:ind w:firstLine="283"/>
      </w:pPr>
      <w:r>
        <w:t>Подпись доверителя: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Сергей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добровольное снятие самого доверителя с регистрации по месту жительства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