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Кому: </w:t>
            </w:r>
            <w:r>
              <w:rPr>
                <w:i/>
                <w:color w:val="854D0E"/>
                <w:sz w:val="24"/>
              </w:rPr>
              <w:t>Иванову Алексею Петровичу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мкр. Авиационный, ул. Планерная, д.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Орловой Анны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Московская область, г. Домодедово, мкр. Авиационный, ул. Планерная, д. 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claimant@example.test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ОБРАЩЕНИЕ ОБ УСТРАНЕНИИ ПОПАДАНИЯ ВОДЫ С ВОДОСТОКА</w:t>
      </w:r>
    </w:p>
    <w:p>
      <w:pPr>
        <w:ind w:firstLine="283"/>
      </w:pPr>
      <w:r/>
      <w:r>
        <w:rPr>
          <w:i/>
          <w:color w:val="854D0E"/>
        </w:rPr>
        <w:t>Ваша постройка находится по адресу: Московская область, г. Домодедово, мкр. Авиационный, ул. Планерная, д. 12. Мой участок расположен по адресу: Московская область, г. Домодедово, мкр. Авиационный, ул. Планерная, д. 8. Прошу устранить ситуацию, при которой вода с водосточной трубы вашей постройки попадает на мой земельный участок.</w:t>
      </w:r>
      <w:r/>
    </w:p>
    <w:p>
      <w:pPr>
        <w:ind w:firstLine="283"/>
      </w:pPr>
      <w:r/>
      <w:r>
        <w:rPr>
          <w:i/>
          <w:color w:val="854D0E"/>
        </w:rPr>
        <w:t>3 октября 2026 года во время дождя вода из водостока поступала на территорию моего участка возле восточной границы, в месте расположения грядок. Прилагаю фотографии и видеозапись.</w:t>
      </w:r>
      <w:r/>
    </w:p>
    <w:p>
      <w:pPr>
        <w:ind w:firstLine="283"/>
      </w:pPr>
      <w:r>
        <w:t>Предлагаю совместно осмотреть водосток и участок, чтобы согласовать безопасный способ устранения причины попадания воды.</w:t>
      </w:r>
    </w:p>
    <w:p>
      <w:pPr>
        <w:ind w:firstLine="283"/>
      </w:pPr>
      <w:r/>
      <w:r>
        <w:rPr>
          <w:i/>
          <w:color w:val="854D0E"/>
        </w:rPr>
        <w:t>Прошу сообщить до 20 октября 2026 года о возможности совместного осмотра и предлагаемом способе решения.</w:t>
      </w:r>
      <w:r/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Фотографии попадания воды на участок от 3 октября 2026 года — три снимка.</w:t>
      </w:r>
      <w:r/>
    </w:p>
    <w:p>
      <w:pPr>
        <w:keepNext/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Видеозапись от 3 октября 2026 года — один файл.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Орлова А.С.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об устранении попадания воды с водостока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