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ПАО Сбербанк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взыскателя: </w:t>
            </w:r>
            <w:r>
              <w:rPr>
                <w:i/>
                <w:color w:val="854D0E"/>
                <w:sz w:val="24"/>
              </w:rPr>
              <w:t>Власов Андрей Павлович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Гражданство: Российская Федерация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Документ, удостоверяющий личность: паспорт 45 16 № 900701, выдан 15 июня 2016 года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ИНН при наличии: </w:t>
            </w:r>
            <w:r>
              <w:rPr>
                <w:i/>
                <w:color w:val="854D0E"/>
                <w:sz w:val="24"/>
              </w:rPr>
              <w:t>770590070101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andrey.vlasov@example.org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 принятии исполнительного листа для взыскания денежных средств</w:t>
      </w:r>
    </w:p>
    <w:p>
      <w:pPr>
        <w:ind w:firstLine="283"/>
      </w:pPr>
      <w:r>
        <w:t xml:space="preserve">Предъявляю оригинал исполнительного листа серии </w:t>
      </w:r>
      <w:r>
        <w:rPr>
          <w:i/>
          <w:color w:val="854D0E"/>
        </w:rPr>
        <w:t>ФС</w:t>
      </w:r>
      <w:r>
        <w:t xml:space="preserve"> № </w:t>
      </w:r>
      <w:r>
        <w:rPr>
          <w:i/>
          <w:color w:val="854D0E"/>
        </w:rPr>
        <w:t>009421</w:t>
      </w:r>
      <w:r>
        <w:t xml:space="preserve">, выданного Нагатинским районным судом города Москвы 8 октября 2026 года по делу № </w:t>
      </w:r>
      <w:r>
        <w:rPr>
          <w:i/>
          <w:color w:val="854D0E"/>
        </w:rPr>
        <w:t>2-900/2026</w:t>
      </w:r>
      <w:r>
        <w:t xml:space="preserve"> на основании решения Нагатинского районного суда города Москвы от 1 сентября 2026 года, вступившего в законную силу 3 октября 2026 года. По листу с должника Соколова Андрея Викторовича, 22 марта 1986 года рождения, адрес: г. Москва, Ореховый бульвар, д. 10, корп. 1, кв. 18 в мою пользу взыскано денежное возмещение в размере 150 000 рублей в связи с ущербом от залива.</w:t>
      </w:r>
    </w:p>
    <w:p>
      <w:pPr>
        <w:ind w:firstLine="283"/>
      </w:pPr>
      <w:r>
        <w:t>Сведения об уже полученном исполнении по этому листу: 6 октября 2026 года должник перечислил добровольно 20 000 рублей; поступление подтверждено учебной банковской выпиской от 7 октября 2026 года. Непогашенный остаток по моему расчёту: 130 000 рублей: 150 000 − 20 000 = 130 000 рублей.</w:t>
      </w:r>
    </w:p>
    <w:p>
      <w:pPr>
        <w:ind w:firstLine="283"/>
      </w:pPr>
      <w:r>
        <w:t>В порядке статьи 8 Федерального закона № 229-ФЗ прошу принять исполнительный лист и исполнить его требования в установленном законом порядке. Взысканные средства прошу перечислять на мой счёт:</w:t>
      </w:r>
    </w:p>
    <w:p>
      <w:pPr>
        <w:ind w:firstLine="283"/>
      </w:pPr>
      <w:r>
        <w:t xml:space="preserve">Получатель: </w:t>
      </w:r>
      <w:r>
        <w:rPr>
          <w:i/>
          <w:color w:val="854D0E"/>
        </w:rPr>
        <w:t>Власов Андрей Павлович</w:t>
      </w:r>
      <w:r>
        <w:t>.</w:t>
      </w:r>
    </w:p>
    <w:p>
      <w:pPr>
        <w:ind w:firstLine="283"/>
      </w:pPr>
      <w:r>
        <w:t xml:space="preserve">Номер банковского счёта: </w:t>
      </w:r>
      <w:r>
        <w:rPr>
          <w:i/>
          <w:color w:val="854D0E"/>
        </w:rPr>
        <w:t>40817810900000007001</w:t>
      </w:r>
      <w:r>
        <w:t>.</w:t>
      </w:r>
    </w:p>
    <w:p>
      <w:pPr>
        <w:ind w:firstLine="283"/>
      </w:pPr>
      <w:r>
        <w:t xml:space="preserve">Банк получателя: </w:t>
      </w:r>
      <w:r>
        <w:rPr>
          <w:i/>
          <w:color w:val="854D0E"/>
        </w:rPr>
        <w:t>ПАО Сбербанк</w:t>
      </w:r>
      <w:r>
        <w:t>.</w:t>
      </w:r>
    </w:p>
    <w:p>
      <w:pPr>
        <w:keepNext/>
        <w:spacing w:before="140"/>
      </w:pPr>
      <w:r>
        <w:rPr>
          <w:b/>
        </w:rPr>
        <w:t xml:space="preserve">БИК: </w:t>
      </w:r>
      <w:r>
        <w:rPr>
          <w:b/>
          <w:i/>
          <w:color w:val="854D0E"/>
        </w:rPr>
        <w:t>044525225</w:t>
      </w:r>
      <w:r>
        <w:rPr>
          <w:b/>
        </w:rPr>
        <w:t>.</w:t>
      </w:r>
    </w:p>
    <w:p>
      <w:pPr>
        <w:ind w:firstLine="283"/>
      </w:pPr>
      <w:r>
        <w:t xml:space="preserve">Корреспондентский счёт: </w:t>
      </w:r>
      <w:r>
        <w:rPr>
          <w:i/>
          <w:color w:val="854D0E"/>
        </w:rPr>
        <w:t>30101810400000000225</w:t>
      </w:r>
      <w:r>
        <w:t>.</w:t>
      </w:r>
    </w:p>
    <w:p>
      <w:pPr>
        <w:ind w:firstLine="283"/>
      </w:pPr>
      <w:r>
        <w:t>Прошу сообщить о принятии документа и результате его исполнения по электронной почте andrey.vlasov@example.org в предусмотренном банком порядке.</w:t>
      </w:r>
    </w:p>
    <w:p>
      <w:pPr>
        <w:pageBreakBefore/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Оригинал исполнительного листа.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копия учебной выписки от 7 октября 2026 года о поступлении 20 000 рублей.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расчёт непогашенного остатка на 12 октября 2026 года.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Власов Андрей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банку о принятии исполнительного листа по возмещению ущерба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