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ind w:firstLine="0"/>
      </w:pPr>
      <w:r>
        <w:t>УЧЕБНЫЙ ПРИМЕР. Частные лица, их квартиры, права на объекты, дела, документы, суммы и события вымышлены. Указание реального учреждения, улицы или дома не означает, что описанное дело, проживание, медицинская помощь либо иное событие имели место. Реквизиты для реальной подачи проверяют по обстоятельствам своего дела.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Отдел опеки и попечительства администрации муниципального округа город Кировск с подведомственной территорией Мурманской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Кузнецовой Ольги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Гражданство: Российская Федерация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Документ, удостоверяющий личность: паспорт гражданина РФ, серия </w:t>
            </w:r>
            <w:r>
              <w:rPr>
                <w:i/>
                <w:color w:val="854D0E"/>
                <w:sz w:val="24"/>
              </w:rPr>
              <w:t>00 00 № 000000</w:t>
            </w:r>
            <w:r>
              <w:rPr>
                <w:sz w:val="24"/>
              </w:rPr>
              <w:t xml:space="preserve"> (учебные реквизиты)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Кем и когда выдан: </w:t>
            </w:r>
            <w:r>
              <w:rPr>
                <w:i/>
                <w:color w:val="854D0E"/>
                <w:sz w:val="24"/>
              </w:rPr>
              <w:t>УМВД России по Мурманской области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15 апреля 2021 года</w:t>
            </w:r>
            <w:r>
              <w:rPr>
                <w:sz w:val="24"/>
              </w:rPr>
              <w:t xml:space="preserve"> (учебные реквизиты)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фактического проживания: </w:t>
            </w:r>
            <w:r>
              <w:rPr>
                <w:i/>
                <w:color w:val="854D0E"/>
                <w:sz w:val="24"/>
              </w:rPr>
              <w:t>Мурманская область, г. Кировск, ул. Мира, д. 7б, кв. 5</w:t>
            </w:r>
            <w:r>
              <w:rPr>
                <w:sz w:val="24"/>
              </w:rPr>
              <w:t xml:space="preserve"> (номер квартиры и проживание персонажей вымышлены)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</w:r>
    </w:p>
    <w:p>
      <w:pPr>
        <w:ind w:firstLine="283"/>
      </w:pPr>
      <w:r>
        <w:t>гражданина, выразившего желание стать опекуном совершеннолетнего недееспособного гражданина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Кузнецова Ольга Сергеевна</w:t>
      </w:r>
      <w:r>
        <w:t xml:space="preserve">, прошу передать мне под опеку </w:t>
      </w:r>
      <w:r>
        <w:rPr>
          <w:i/>
          <w:color w:val="854D0E"/>
        </w:rPr>
        <w:t>Кузнецова Виктора Сергеевича</w:t>
      </w:r>
      <w:r>
        <w:t xml:space="preserve">, </w:t>
      </w:r>
      <w:r>
        <w:rPr>
          <w:i/>
          <w:color w:val="854D0E"/>
        </w:rPr>
        <w:t>10 марта 1964 года</w:t>
      </w:r>
      <w:r>
        <w:t xml:space="preserve"> рождения.</w:t>
      </w:r>
    </w:p>
    <w:p>
      <w:pPr>
        <w:ind w:firstLine="283"/>
      </w:pPr>
      <w:r>
        <w:t>Материальные возможности, жилищные условия, состояние здоровья и характер работы позволяют мне взять совершеннолетнего недееспособного гражданина под опеку.</w:t>
      </w:r>
    </w:p>
    <w:p>
      <w:pPr>
        <w:ind w:firstLine="283"/>
      </w:pPr>
      <w:r>
        <w:t xml:space="preserve">Дополнительно могу сообщить о себе следующее: С </w:t>
      </w:r>
      <w:r>
        <w:rPr>
          <w:i/>
          <w:color w:val="854D0E"/>
        </w:rPr>
        <w:t>2010</w:t>
      </w:r>
      <w:r>
        <w:t xml:space="preserve"> года совместно живу с родным братом, знаю его бытовые потребности и помогаю организовывать уход. Я пенсионерка, не работаю; документов о специальной подготовке не имею. Прошу назначить меня одним опекуном на безвозмездной основе. Брат признан недееспособным решением </w:t>
      </w:r>
      <w:r>
        <w:rPr>
          <w:i/>
          <w:color w:val="854D0E"/>
        </w:rPr>
        <w:t>Кировского городского суда Мурманской области</w:t>
      </w:r>
      <w:r>
        <w:t xml:space="preserve"> от </w:t>
      </w:r>
      <w:r>
        <w:rPr>
          <w:i/>
          <w:color w:val="854D0E"/>
        </w:rPr>
        <w:t>18 мая 2026 года</w:t>
      </w:r>
      <w:r>
        <w:t xml:space="preserve"> по учебному делу № </w:t>
      </w:r>
      <w:r>
        <w:rPr>
          <w:i/>
          <w:color w:val="854D0E"/>
        </w:rPr>
        <w:t>2-315/2026</w:t>
      </w:r>
      <w:r>
        <w:t xml:space="preserve">, вступившим в силу </w:t>
      </w:r>
      <w:r>
        <w:rPr>
          <w:i/>
          <w:color w:val="854D0E"/>
        </w:rPr>
        <w:t>19 июня 2026 года</w:t>
      </w:r>
      <w:r>
        <w:t xml:space="preserve">; живёт дома, под надзор организации не помещён, другого опекуна нет. Родство и совместное проживание с </w:t>
      </w:r>
      <w:r>
        <w:rPr>
          <w:i/>
          <w:color w:val="854D0E"/>
        </w:rPr>
        <w:t>1 сентября 2010 года</w:t>
      </w:r>
      <w:r>
        <w:t xml:space="preserve"> подтверждаются свидетельствами о рождении с общими родителями и добровольно представленными сведениями о регистрации. В браке не состою, фамилию не меняла. Прошу применить сокращённый комплект для близкого родственника, совместно проживавшего не менее десяти лет, после проверки этих обстоятельств органом опеки..</w:t>
      </w:r>
    </w:p>
    <w:p>
      <w:pPr>
        <w:keepNext/>
        <w:ind w:firstLine="283"/>
      </w:pPr>
      <w:r>
        <w:t xml:space="preserve">Я, </w:t>
      </w:r>
      <w:r>
        <w:rPr>
          <w:i/>
          <w:color w:val="854D0E"/>
        </w:rPr>
        <w:t>Кузнецова Ольга Сергеевна</w:t>
      </w:r>
      <w:r>
        <w:t>, даю согласие на обработку и использование моих персональных данных, содержащихся в настоящем заявлении и в представленных мною документах.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 подписания: </w:t>
            </w:r>
            <w:r>
              <w:rPr>
                <w:i/>
                <w:color w:val="854D0E"/>
              </w:rPr>
              <w:t>20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120" w:after="0"/>
              <w:ind w:firstLine="0"/>
              <w:jc w:val="right"/>
            </w:pPr>
            <w:r>
              <w:t>Подпись заявителя: Кузнецова О. С. (учебное обозначение подписи) /</w:t>
            </w:r>
            <w:r>
              <w:rPr>
                <w:i/>
                <w:color w:val="854D0E"/>
              </w:rPr>
              <w:t>Кузнецова Ольга Сергеевна</w:t>
            </w:r>
            <w:r>
              <w:t>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сестры опекуном: пример для Кировска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