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Царицынского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исполнительному производству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ПРОВЕРКЕ УДЕРЖАНИЯ И ПЕРЕЧИСЛЕНИЯ АЛИМЕНТОВ РАБОТОДАТЕЛЕМ</w:t>
      </w:r>
    </w:p>
    <w:p>
      <w:pPr>
        <w:ind w:firstLine="283"/>
      </w:pPr>
      <w:r>
        <w:t xml:space="preserve">Прошу проверить правильность и своевременность удержания и перечисления алиментов работодателем </w:t>
      </w:r>
      <w:r>
        <w:rPr>
          <w:i/>
          <w:color w:val="854D0E"/>
        </w:rPr>
        <w:t>ООО «Горизонт»</w:t>
      </w:r>
      <w:r>
        <w:t xml:space="preserve"> в отношении должника </w:t>
      </w:r>
      <w:r>
        <w:rPr>
          <w:i/>
          <w:color w:val="854D0E"/>
        </w:rPr>
        <w:t>Иванова Алексея Петровича</w:t>
      </w:r>
      <w:r>
        <w:t xml:space="preserve"> за </w:t>
      </w:r>
      <w:r>
        <w:rPr>
          <w:i/>
          <w:color w:val="854D0E"/>
        </w:rPr>
        <w:t>август 2026 г.</w:t>
      </w:r>
      <w:r/>
    </w:p>
    <w:p>
      <w:pPr>
        <w:ind w:firstLine="283"/>
      </w:pPr>
      <w:r>
        <w:t xml:space="preserve">Последний известный мне платёж поступил </w:t>
      </w:r>
      <w:r>
        <w:rPr>
          <w:i/>
          <w:color w:val="854D0E"/>
        </w:rPr>
        <w:t>5 августа 2026 г.</w:t>
      </w:r>
      <w:r>
        <w:t xml:space="preserve"> за </w:t>
      </w:r>
      <w:r>
        <w:rPr>
          <w:i/>
          <w:color w:val="854D0E"/>
        </w:rPr>
        <w:t>июль 2026 г.</w:t>
      </w:r>
      <w:r>
        <w:t xml:space="preserve"> Алименты за </w:t>
      </w:r>
      <w:r>
        <w:rPr>
          <w:i/>
          <w:color w:val="854D0E"/>
        </w:rPr>
        <w:t>август 2026 г.</w:t>
      </w:r>
      <w:r>
        <w:t xml:space="preserve"> на мой счёт не поступили. Известные мне дополнительные обстоятельства: бухгалтерия работодателя </w:t>
      </w:r>
      <w:r>
        <w:rPr>
          <w:i/>
          <w:color w:val="854D0E"/>
        </w:rPr>
        <w:t>10 сентября 2026 г.</w:t>
      </w:r>
      <w:r>
        <w:t xml:space="preserve"> сообщила об удержании алиментов, но подтверждение исполнения перевода не предоставила.</w:t>
      </w:r>
    </w:p>
    <w:p>
      <w:pPr>
        <w:ind w:firstLine="283"/>
      </w:pPr>
      <w:r>
        <w:t>Прошу установить даты выплаты дохода должнику, суммы алиментов, подлежавшие удержанию и фактически удержанные, даты и статус исполнения переводов, их получателей и реквизиты. Если деньги должны были поступить на депозит ФССП, прошу установить дату их фактического поступления. При выявлении нарушения прошу принять предусмотренные законом меры и сообщить мне результат проверки.</w:t>
      </w:r>
    </w:p>
    <w:p>
      <w:pPr>
        <w:ind w:firstLine="283"/>
      </w:pPr>
      <w:r>
        <w:t>Прошу истребовать у работодателя необходимые расчётные и платёжные документы.</w:t>
      </w:r>
    </w:p>
    <w:p>
      <w:pPr>
        <w:keepNext/>
        <w:spacing w:before="120"/>
        <w:ind w:firstLine="283"/>
      </w:pPr>
      <w:r>
        <w:t>Приложения: выписка по счёту за август–сентябрь 2026 г.; копия ответа бухгалтерии от 10 сентября 2026 г.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проверке удержания и перечисления алиментов работодателем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