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ПРЕДЛОЖЕНИЕ О РАСТОРЖЕНИИ СОГЛАШЕНИЯ ОБ УПЛАТЕ АЛИМЕНТОВ</w:t>
      </w:r>
    </w:p>
    <w:p>
      <w:pPr>
        <w:ind w:firstLine="283"/>
      </w:pPr>
      <w:r/>
      <w:r>
        <w:rPr>
          <w:i/>
          <w:color w:val="854D0E"/>
        </w:rPr>
        <w:t>1 июня 2025 г.</w:t>
      </w:r>
      <w:r>
        <w:t xml:space="preserve"> между мной, </w:t>
      </w:r>
      <w:r>
        <w:rPr>
          <w:i/>
          <w:color w:val="854D0E"/>
        </w:rPr>
        <w:t>Ивановым Алексеем Петровичем</w:t>
      </w:r>
      <w:r>
        <w:t xml:space="preserve">, и Вами, </w:t>
      </w:r>
      <w:r>
        <w:rPr>
          <w:i/>
          <w:color w:val="854D0E"/>
        </w:rPr>
        <w:t>Ивановой Марией Сергеевной</w:t>
      </w:r>
      <w:r>
        <w:t xml:space="preserve">, было заключено нотариально удостоверенное соглашение об уплате алиментов, удостоверенное нотариусом </w:t>
      </w:r>
      <w:r>
        <w:rPr>
          <w:i/>
          <w:color w:val="854D0E"/>
        </w:rPr>
        <w:t>Примеровой Анной Николаевной</w:t>
      </w:r>
      <w:r>
        <w:t xml:space="preserve">, реестровый номер </w:t>
      </w:r>
      <w:r>
        <w:rPr>
          <w:i/>
          <w:color w:val="854D0E"/>
        </w:rPr>
        <w:t>77/000-н/77-2025-000</w:t>
      </w:r>
      <w:r>
        <w:t>.</w:t>
      </w:r>
    </w:p>
    <w:p>
      <w:pPr>
        <w:ind w:firstLine="283"/>
      </w:pPr>
      <w:r>
        <w:t xml:space="preserve">После заключения соглашения изменилось моё материальное положение: </w:t>
      </w:r>
      <w:r>
        <w:rPr>
          <w:i/>
          <w:color w:val="854D0E"/>
        </w:rPr>
        <w:t>с 1 августа 2026 г.</w:t>
      </w:r>
      <w:r>
        <w:t xml:space="preserve"> я утратил прежнюю работу, а мой ежемесячный доход уменьшился </w:t>
      </w:r>
      <w:r>
        <w:rPr>
          <w:i/>
          <w:color w:val="854D0E"/>
        </w:rPr>
        <w:t>с 80 000 до 35 000 рублей</w:t>
      </w:r>
      <w:r>
        <w:t>.</w:t>
      </w:r>
    </w:p>
    <w:p>
      <w:pPr>
        <w:ind w:firstLine="283"/>
      </w:pPr>
      <w:r>
        <w:t>Предлагаю расторгнуть указанное соглашение об уплате алиментов по взаимному согласию сторон и оформить соглашение о расторжении в нотариальной форме.</w:t>
      </w:r>
    </w:p>
    <w:p>
      <w:pPr>
        <w:ind w:firstLine="283"/>
      </w:pPr>
      <w:r>
        <w:t xml:space="preserve">Прошу сообщить о согласии либо об отказе в течение </w:t>
      </w:r>
      <w:r>
        <w:rPr>
          <w:i/>
          <w:color w:val="854D0E"/>
        </w:rPr>
        <w:t>30 дней</w:t>
      </w:r>
      <w:r>
        <w:t xml:space="preserve"> со дня доставки настоящего предложения.</w:t>
      </w:r>
    </w:p>
    <w:p>
      <w:pPr>
        <w:keepNext/>
        <w:ind w:firstLine="283"/>
      </w:pPr>
      <w:r>
        <w:t xml:space="preserve">Ответ прошу направить по адресу: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расторжении соглашения об уплате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