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Кому: </w:t>
            </w:r>
            <w:r>
              <w:rPr>
                <w:i/>
                <w:color w:val="854D0E"/>
                <w:sz w:val="24"/>
              </w:rPr>
              <w:t>Иванову Алексею Петровичу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 Москва, Ореховый бульвар, д. 10, корп. 1, кв. 10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 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maria.ivanova@example.com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ПРЕТЕНЗИЯ о возмещении ущерба, причинённого затоплением</w:t>
      </w:r>
    </w:p>
    <w:p>
      <w:pPr>
        <w:ind w:firstLine="283"/>
      </w:pPr>
      <w:r/>
      <w:r>
        <w:rPr>
          <w:i/>
          <w:color w:val="854D0E"/>
        </w:rPr>
        <w:t>15 сентября 2026 года</w:t>
      </w:r>
      <w:r>
        <w:t xml:space="preserve"> произошло затопление принадлежащей мне квартиры по адресу: </w:t>
      </w:r>
      <w:r>
        <w:rPr>
          <w:i/>
          <w:color w:val="854D0E"/>
        </w:rPr>
        <w:t>г. Москва, Ореховый бульвар, д. 10, корп. 1, кв. 12</w:t>
      </w:r>
      <w:r>
        <w:t>.</w:t>
      </w:r>
    </w:p>
    <w:p>
      <w:pPr>
        <w:ind w:firstLine="283"/>
      </w:pPr>
      <w:r>
        <w:t xml:space="preserve">Согласно акту осмотра </w:t>
      </w:r>
      <w:r>
        <w:rPr>
          <w:i/>
          <w:color w:val="854D0E"/>
        </w:rPr>
        <w:t>ООО «Дом-Сервис»</w:t>
      </w:r>
      <w:r>
        <w:t xml:space="preserve"> от </w:t>
      </w:r>
      <w:r>
        <w:rPr>
          <w:i/>
          <w:color w:val="854D0E"/>
        </w:rPr>
        <w:t>15 сентября 2026 года</w:t>
      </w:r>
      <w:r>
        <w:t xml:space="preserve"> № </w:t>
      </w:r>
      <w:r>
        <w:rPr>
          <w:i/>
          <w:color w:val="854D0E"/>
        </w:rPr>
        <w:t>88/26</w:t>
      </w:r>
      <w:r>
        <w:t xml:space="preserve">, вода поступила из </w:t>
      </w:r>
      <w:r>
        <w:rPr>
          <w:i/>
          <w:color w:val="854D0E"/>
        </w:rPr>
        <w:t>квартиры № 10 по адресу: г. Москва, Ореховый бульвар, д. 10, корп. 1</w:t>
      </w:r>
      <w:r>
        <w:t xml:space="preserve">. </w:t>
      </w:r>
      <w:r>
        <w:rPr>
          <w:i/>
          <w:color w:val="854D0E"/>
        </w:rPr>
        <w:t>В акте указан разрыв гибкого шланга подачи воды, подключённого к стиральной машине в этой квартире.</w:t>
      </w:r>
      <w:r>
        <w:t xml:space="preserve"> В </w:t>
      </w:r>
      <w:r>
        <w:rPr>
          <w:i/>
          <w:color w:val="854D0E"/>
        </w:rPr>
        <w:t>сообщении от 16 сентября 2026 года вы подтвердили, что стиральная машина принадлежит вам и находилась в вашем пользовании.</w:t>
      </w:r>
      <w:r/>
    </w:p>
    <w:p>
      <w:pPr>
        <w:ind w:firstLine="283"/>
      </w:pPr>
      <w:r>
        <w:t xml:space="preserve">В результате затопления повреждены </w:t>
      </w:r>
      <w:r>
        <w:rPr>
          <w:i/>
          <w:color w:val="854D0E"/>
        </w:rPr>
        <w:t>потолок и обои в кухне</w:t>
      </w:r>
      <w:r>
        <w:t xml:space="preserve">, а также </w:t>
      </w:r>
      <w:r>
        <w:rPr>
          <w:i/>
          <w:color w:val="854D0E"/>
        </w:rPr>
        <w:t>напольное покрытие в коридоре</w:t>
      </w:r>
      <w:r>
        <w:t xml:space="preserve"> моей квартиры.</w:t>
      </w:r>
    </w:p>
    <w:p>
      <w:pPr>
        <w:ind w:firstLine="283"/>
      </w:pPr>
      <w:r>
        <w:t xml:space="preserve">Размер восстановительных расходов по смете от </w:t>
      </w:r>
      <w:r>
        <w:rPr>
          <w:i/>
          <w:color w:val="854D0E"/>
        </w:rPr>
        <w:t>20 сентября 2026 года</w:t>
      </w:r>
      <w:r>
        <w:t xml:space="preserve"> № </w:t>
      </w:r>
      <w:r>
        <w:rPr>
          <w:i/>
          <w:color w:val="854D0E"/>
        </w:rPr>
        <w:t>41/26</w:t>
      </w:r>
      <w:r>
        <w:t xml:space="preserve"> составляет </w:t>
      </w:r>
      <w:r>
        <w:rPr>
          <w:i/>
          <w:color w:val="854D0E"/>
        </w:rPr>
        <w:t>78 400 рублей</w:t>
      </w:r>
      <w:r>
        <w:t>.</w:t>
      </w:r>
    </w:p>
    <w:p>
      <w:pPr>
        <w:ind w:firstLine="283"/>
      </w:pPr>
      <w:r>
        <w:t xml:space="preserve">Предлагаю добровольно возместить документально подтверждённый ущерб в размере </w:t>
      </w:r>
      <w:r>
        <w:rPr>
          <w:i/>
          <w:color w:val="854D0E"/>
        </w:rPr>
        <w:t>78 400 рублей</w:t>
      </w:r>
      <w:r>
        <w:t xml:space="preserve">. Прошу исполнить требование в течение </w:t>
      </w:r>
      <w:r>
        <w:rPr>
          <w:i/>
          <w:color w:val="854D0E"/>
        </w:rPr>
        <w:t>10 календарных дней</w:t>
      </w:r>
      <w:r>
        <w:t xml:space="preserve"> с даты получения этой претензии; этот срок предложен для добровольного урегулирования.</w:t>
      </w:r>
    </w:p>
    <w:p>
      <w:pPr>
        <w:ind w:firstLine="283"/>
      </w:pPr>
      <w:r>
        <w:t xml:space="preserve">Ответ прошу направить на электронную почту </w:t>
      </w:r>
      <w:r>
        <w:rPr>
          <w:i/>
          <w:color w:val="854D0E"/>
        </w:rPr>
        <w:t>maria.ivanova@example.com</w:t>
      </w:r>
      <w:r>
        <w:t xml:space="preserve">. </w:t>
      </w:r>
      <w:r>
        <w:rPr>
          <w:i/>
          <w:color w:val="854D0E"/>
        </w:rPr>
        <w:t>Перечисление денежных средств предлагаю произвести на мой банковский счёт; реквизиты сообщу после согласования способа урегулирования.</w:t>
      </w:r>
      <w:r/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Копия акта осмотра </w:t>
      </w:r>
      <w:r>
        <w:rPr>
          <w:i/>
          <w:color w:val="854D0E"/>
        </w:rPr>
        <w:t>ООО «Дом-Сервис»</w:t>
      </w:r>
      <w:r>
        <w:t xml:space="preserve"> от </w:t>
      </w:r>
      <w:r>
        <w:rPr>
          <w:i/>
          <w:color w:val="854D0E"/>
        </w:rPr>
        <w:t>15 сентября 2026 года</w:t>
      </w:r>
      <w:r>
        <w:t xml:space="preserve"> № </w:t>
      </w:r>
      <w:r>
        <w:rPr>
          <w:i/>
          <w:color w:val="854D0E"/>
        </w:rPr>
        <w:t>88/26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Копия сметы восстановительных расходов от </w:t>
      </w:r>
      <w:r>
        <w:rPr>
          <w:i/>
          <w:color w:val="854D0E"/>
        </w:rPr>
        <w:t>20 сентября 2026 года</w:t>
      </w:r>
      <w:r>
        <w:t xml:space="preserve"> № </w:t>
      </w:r>
      <w:r>
        <w:rPr>
          <w:i/>
          <w:color w:val="854D0E"/>
        </w:rPr>
        <w:t>41/26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Фотографии повреждений квартиры, сделанные </w:t>
      </w:r>
      <w:r>
        <w:rPr>
          <w:i/>
          <w:color w:val="854D0E"/>
        </w:rPr>
        <w:t>15 сентября 2026 года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>
        <w:t xml:space="preserve">Копия сообщения адресата от </w:t>
      </w:r>
      <w:r>
        <w:rPr>
          <w:i/>
          <w:color w:val="854D0E"/>
        </w:rPr>
        <w:t>16 сентября 2026 года</w:t>
      </w:r>
      <w:r>
        <w:t xml:space="preserve"> о принадлежности стиральной машины.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 октября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возмещении ущерба после затопления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