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РАСПИСКА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получении аванса</w:t>
      </w:r>
    </w:p>
    <w:p>
      <w:pPr>
        <w:ind w:firstLine="283"/>
      </w:pPr>
      <w:r>
        <w:t xml:space="preserve">г. </w:t>
      </w:r>
      <w:r>
        <w:rPr>
          <w:i/>
          <w:color w:val="854D0E"/>
        </w:rPr>
        <w:t>Домодедово</w:t>
      </w:r>
      <w:r>
        <w:t xml:space="preserve">                                      </w:t>
      </w:r>
      <w:r>
        <w:rPr>
          <w:i/>
          <w:color w:val="854D0E"/>
        </w:rPr>
        <w:t>4 октября 2026 года</w:t>
      </w:r>
      <w:r/>
    </w:p>
    <w:p>
      <w:pPr>
        <w:ind w:firstLine="283"/>
      </w:pPr>
      <w:r>
        <w:t xml:space="preserve">Я, </w:t>
      </w:r>
      <w:r>
        <w:rPr>
          <w:i/>
          <w:color w:val="854D0E"/>
        </w:rPr>
        <w:t>Соколова Анна Игоревна</w:t>
      </w:r>
      <w:r>
        <w:t xml:space="preserve">, родившаяся </w:t>
      </w:r>
      <w:r>
        <w:rPr>
          <w:i/>
          <w:color w:val="854D0E"/>
        </w:rPr>
        <w:t>12 марта 1987 года</w:t>
      </w:r>
      <w:r>
        <w:t xml:space="preserve">, </w:t>
      </w:r>
      <w:r>
        <w:rPr>
          <w:i/>
          <w:color w:val="854D0E"/>
        </w:rPr>
        <w:t>паспорт гражданина РФ серии 46 18 № 412735</w:t>
      </w:r>
      <w:r>
        <w:t xml:space="preserve">, </w:t>
      </w:r>
      <w:r>
        <w:rPr>
          <w:i/>
          <w:color w:val="854D0E"/>
        </w:rPr>
        <w:t>выдан 17 мая 2018 года Отделом по вопросам миграции УМВД России по городскому округу Домодедово</w:t>
      </w:r>
      <w:r>
        <w:t xml:space="preserve">, зарегистрированная по адресу: </w:t>
      </w:r>
      <w:r>
        <w:rPr>
          <w:i/>
          <w:color w:val="854D0E"/>
        </w:rPr>
        <w:t>142000, Московская область, г. Домодедово, мкр. Центральный, ул. Корнеева, д. 36, кв. 18</w:t>
      </w:r>
      <w:r>
        <w:t>,</w:t>
      </w:r>
    </w:p>
    <w:p>
      <w:pPr>
        <w:ind w:firstLine="283"/>
      </w:pPr>
      <w:r>
        <w:t xml:space="preserve">получила от </w:t>
      </w:r>
      <w:r>
        <w:rPr>
          <w:i/>
          <w:color w:val="854D0E"/>
        </w:rPr>
        <w:t>Орлова Максима Сергеевича</w:t>
      </w:r>
      <w:r>
        <w:t xml:space="preserve">, </w:t>
      </w:r>
      <w:r>
        <w:rPr>
          <w:i/>
          <w:color w:val="854D0E"/>
        </w:rPr>
        <w:t>паспорт гражданина РФ серии 46 18 № 583104</w:t>
      </w:r>
      <w:r>
        <w:t xml:space="preserve">, </w:t>
      </w:r>
      <w:r>
        <w:rPr>
          <w:i/>
          <w:color w:val="854D0E"/>
        </w:rPr>
        <w:t>выдан 21 июля 2018 года Отделом по вопросам миграции УМВД России по городскому округу Домодедово</w:t>
      </w:r>
      <w:r>
        <w:t xml:space="preserve">, зарегистрированного по адресу: </w:t>
      </w:r>
      <w:r>
        <w:rPr>
          <w:i/>
          <w:color w:val="854D0E"/>
        </w:rPr>
        <w:t>142000, Московская область, г. Домодедово, мкр. Центральный, ул. Корнеева, д. 34, кв. 21</w:t>
      </w:r>
      <w:r>
        <w:t>,</w:t>
      </w:r>
    </w:p>
    <w:p>
      <w:pPr>
        <w:ind w:firstLine="283"/>
      </w:pPr>
      <w:r>
        <w:t xml:space="preserve">денежные средства в размере </w:t>
      </w:r>
      <w:r>
        <w:rPr>
          <w:i/>
          <w:color w:val="854D0E"/>
        </w:rPr>
        <w:t>400 000 (четыреста тысяч) рублей</w:t>
      </w:r>
      <w:r/>
    </w:p>
    <w:p>
      <w:pPr>
        <w:ind w:firstLine="283"/>
      </w:pPr>
      <w:r/>
      <w:r>
        <w:rPr>
          <w:i/>
          <w:color w:val="854D0E"/>
        </w:rPr>
        <w:t>Наличными; 400 000 рублей переданы Покупателем Продавцу и получены полностью при подписании этой расписки.</w:t>
      </w:r>
      <w:r/>
    </w:p>
    <w:p>
      <w:pPr>
        <w:ind w:firstLine="283"/>
      </w:pPr>
      <w:r>
        <w:t xml:space="preserve">Указанные денежные средства получены в качестве аванса, а не задатка, в счёт цены квартиры, расположенной по адресу: </w:t>
      </w:r>
      <w:r>
        <w:rPr>
          <w:i/>
          <w:color w:val="854D0E"/>
        </w:rPr>
        <w:t>Московская область, г. Домодедово, мкр. Центральный, ул. Корнеева, д. 36, кв. 18</w:t>
      </w:r>
      <w:r>
        <w:t xml:space="preserve">, кадастровый номер </w:t>
      </w:r>
      <w:r>
        <w:rPr>
          <w:i/>
          <w:color w:val="854D0E"/>
        </w:rPr>
        <w:t>50:28:9999999:999999</w:t>
      </w:r>
      <w:r>
        <w:t>,</w:t>
      </w:r>
    </w:p>
    <w:p>
      <w:pPr>
        <w:ind w:firstLine="283"/>
      </w:pPr>
      <w:r>
        <w:t xml:space="preserve">в соответствии с </w:t>
      </w:r>
      <w:r>
        <w:rPr>
          <w:i/>
          <w:color w:val="854D0E"/>
        </w:rPr>
        <w:t>Соглашением о внесении аванса в счёт цены квартиры</w:t>
      </w:r>
      <w:r>
        <w:t xml:space="preserve"> от </w:t>
      </w:r>
      <w:r>
        <w:rPr>
          <w:i/>
          <w:color w:val="854D0E"/>
        </w:rPr>
        <w:t>2 октября 2026 года</w:t>
      </w:r>
      <w:r>
        <w:t xml:space="preserve"> № </w:t>
      </w:r>
      <w:r>
        <w:rPr>
          <w:i/>
          <w:color w:val="854D0E"/>
        </w:rPr>
        <w:t>АВ-04/26</w:t>
      </w:r>
      <w:r>
        <w:t xml:space="preserve">, пункт </w:t>
      </w:r>
      <w:r>
        <w:rPr>
          <w:i/>
          <w:color w:val="854D0E"/>
        </w:rPr>
        <w:t>3.1</w:t>
      </w:r>
      <w:r>
        <w:t>.</w:t>
      </w:r>
    </w:p>
    <w:p>
      <w:pPr>
        <w:ind w:firstLine="283"/>
      </w:pPr>
      <w:r>
        <w:t>Сумма аванса засчитывается в цену квартиры на условиях указанного соглашения (договора).</w:t>
      </w:r>
    </w:p>
    <w:p>
      <w:pPr>
        <w:keepNext/>
        <w:ind w:firstLine="283"/>
      </w:pPr>
      <w:r>
        <w:t>Получение указанной суммы в полном объёме подтверждаю.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4 октября 2026 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Соколова Анна Игоревна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9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получении аванса за квартиру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