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денежных средств представителем продавца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Петров Павел Андреевич</w:t>
      </w:r>
      <w:r>
        <w:t xml:space="preserve">, </w:t>
      </w:r>
      <w:r>
        <w:rPr>
          <w:i/>
          <w:color w:val="854D0E"/>
        </w:rPr>
        <w:t>паспорт гражданина РФ серии 46 19 № 612408</w:t>
      </w:r>
      <w:r>
        <w:t xml:space="preserve">, </w:t>
      </w:r>
      <w:r>
        <w:rPr>
          <w:i/>
          <w:color w:val="854D0E"/>
        </w:rPr>
        <w:t>выдан 11 мая 2019 года Отделом по вопросам миграции УМВД России по городскому округу Домодедово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18</w:t>
      </w:r>
      <w:r>
        <w:t>,</w:t>
      </w:r>
    </w:p>
    <w:p>
      <w:pPr>
        <w:ind w:firstLine="283"/>
      </w:pPr>
      <w:r>
        <w:t xml:space="preserve">действующий от имени продавца </w:t>
      </w:r>
      <w:r>
        <w:rPr>
          <w:i/>
          <w:color w:val="854D0E"/>
        </w:rPr>
        <w:t>Ивановой Марии Сергеевны</w:t>
      </w:r>
      <w:r>
        <w:t xml:space="preserve">, </w:t>
      </w:r>
      <w:r>
        <w:rPr>
          <w:i/>
          <w:color w:val="854D0E"/>
        </w:rPr>
        <w:t>паспорт гражданина РФ серии 46 18 № 301942</w:t>
      </w:r>
      <w:r>
        <w:t xml:space="preserve">, зарегистрированной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на основании </w:t>
      </w:r>
      <w:r>
        <w:rPr>
          <w:i/>
          <w:color w:val="854D0E"/>
        </w:rPr>
        <w:t>нотариально удостоверенной доверенности</w:t>
      </w:r>
      <w:r>
        <w:t xml:space="preserve"> от </w:t>
      </w:r>
      <w:r>
        <w:rPr>
          <w:i/>
          <w:color w:val="854D0E"/>
        </w:rPr>
        <w:t>2 октября 2026 года</w:t>
      </w:r>
      <w:r>
        <w:t xml:space="preserve">, </w:t>
      </w:r>
      <w:r>
        <w:rPr>
          <w:i/>
          <w:color w:val="854D0E"/>
        </w:rPr>
        <w:t>реестровый № 600</w:t>
      </w:r>
      <w:r>
        <w:t xml:space="preserve">, предоставляющей мне </w:t>
      </w:r>
      <w:r>
        <w:rPr>
          <w:i/>
          <w:color w:val="854D0E"/>
        </w:rPr>
        <w:t>полномочие получить текущий платёж по указанному договору купли-продажи</w:t>
      </w:r>
      <w:r>
        <w:t>,</w:t>
      </w:r>
    </w:p>
    <w:p>
      <w:pPr>
        <w:ind w:firstLine="283"/>
      </w:pPr>
      <w:r>
        <w:t xml:space="preserve">подтверждаю, что </w:t>
      </w:r>
      <w:r>
        <w:rPr>
          <w:i/>
          <w:color w:val="854D0E"/>
        </w:rPr>
        <w:t>4 октября 2026 года</w:t>
      </w:r>
      <w:r>
        <w:t xml:space="preserve"> я, действуя от имени продавца, получил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паспорт гражданина РФ серии 46 18 № 407815</w:t>
      </w:r>
      <w:r>
        <w:t xml:space="preserve">, </w:t>
      </w:r>
      <w:r>
        <w:rPr>
          <w:i/>
          <w:color w:val="854D0E"/>
        </w:rPr>
        <w:t>выдан 22 августа 2018 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36, кв. 44</w:t>
      </w:r>
      <w:r>
        <w:t xml:space="preserve">, </w:t>
      </w:r>
      <w:r>
        <w:rPr>
          <w:i/>
          <w:color w:val="854D0E"/>
        </w:rPr>
        <w:t>наличными</w:t>
      </w:r>
      <w:r>
        <w:t xml:space="preserve"> денежные средства в размере </w:t>
      </w:r>
      <w:r>
        <w:rPr>
          <w:i/>
          <w:color w:val="854D0E"/>
        </w:rPr>
        <w:t>1 300 000 (один миллион триста тысяч) рублей</w:t>
      </w:r>
      <w:r/>
    </w:p>
    <w:p>
      <w:pPr>
        <w:ind w:firstLine="283"/>
      </w:pPr>
      <w:r>
        <w:t xml:space="preserve">в счёт оплаты цены по </w:t>
      </w:r>
      <w:r>
        <w:rPr>
          <w:i/>
          <w:color w:val="854D0E"/>
        </w:rPr>
        <w:t>нотариально удостоверенному</w:t>
      </w:r>
      <w:r>
        <w:t xml:space="preserve"> договору купли-продажи доли в праве общей собственности на квартиру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ДК-600/26</w:t>
      </w:r>
      <w:r>
        <w:t xml:space="preserve"> за </w:t>
      </w:r>
      <w:r>
        <w:rPr>
          <w:i/>
          <w:color w:val="854D0E"/>
        </w:rPr>
        <w:t>1/3</w:t>
      </w:r>
      <w:r>
        <w:t xml:space="preserve"> долю в праве общей собственности на квартиру, расположенную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номер: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>Эта расписка подтверждает только фактическое получение мной от имени продавца указанного текущего платежа.</w:t>
      </w:r>
    </w:p>
    <w:p>
      <w:pPr>
        <w:keepNext/>
        <w:ind w:firstLine="283"/>
      </w:pPr>
      <w:r>
        <w:t>Представитель продавца, фактически получивший денежные средства: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представителя о получении текущего платежа за долю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