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ТРЕБОВАНИЕ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освобождении жилого помещения временным жильцом при социальном найме</w:t>
      </w:r>
    </w:p>
    <w:p>
      <w:pPr>
        <w:ind w:firstLine="283"/>
      </w:pPr>
      <w:r>
        <w:t xml:space="preserve">Кому: </w:t>
      </w:r>
      <w:r>
        <w:rPr>
          <w:i/>
          <w:color w:val="854D0E"/>
        </w:rPr>
        <w:t>Кузнецову Андрею Викторовичу</w:t>
      </w:r>
      <w:r/>
    </w:p>
    <w:p>
      <w:pPr>
        <w:ind w:firstLine="283"/>
      </w:pPr>
      <w:r>
        <w:t xml:space="preserve">От кого: </w:t>
      </w:r>
      <w:r>
        <w:rPr>
          <w:i/>
          <w:color w:val="854D0E"/>
        </w:rPr>
        <w:t>Иванова Сергея Павловича</w:t>
      </w:r>
      <w:r>
        <w:t>, нанимателя по договору социального найма</w:t>
      </w:r>
    </w:p>
    <w:p>
      <w:pPr>
        <w:ind w:firstLine="283"/>
      </w:pPr>
      <w:r>
        <w:t xml:space="preserve">Помещение: </w:t>
      </w:r>
      <w:r>
        <w:rPr>
          <w:i/>
          <w:color w:val="854D0E"/>
        </w:rPr>
        <w:t>Московская область, г. Домодедово, мкр. Центральный, ул. Корнеева, д. 34, кв. 17.</w:t>
      </w:r>
      <w:r/>
    </w:p>
    <w:p>
      <w:pPr>
        <w:ind w:firstLine="283"/>
      </w:pPr>
      <w:r>
        <w:t xml:space="preserve">Основание найма: договор социального найма от </w:t>
      </w:r>
      <w:r>
        <w:rPr>
          <w:i/>
          <w:color w:val="854D0E"/>
        </w:rPr>
        <w:t>12 августа 2020 года</w:t>
      </w:r>
      <w:r>
        <w:t xml:space="preserve"> № </w:t>
      </w:r>
      <w:r>
        <w:rPr>
          <w:i/>
          <w:color w:val="854D0E"/>
        </w:rPr>
        <w:t>СН-808/20</w:t>
      </w:r>
      <w:r>
        <w:t>.</w:t>
      </w:r>
    </w:p>
    <w:p>
      <w:pPr>
        <w:ind w:firstLine="283"/>
      </w:pPr>
      <w:r>
        <w:t>Вам было разрешено временное безвозмездное проживание без самостоятельного права пользования помещением.</w:t>
      </w:r>
    </w:p>
    <w:p>
      <w:pPr>
        <w:ind w:firstLine="283"/>
      </w:pPr>
      <w:r>
        <w:t>Срок проживания согласован не был. Предъявляю требование освободить помещение не позднее семи дней со дня его предъявления.</w:t>
      </w:r>
    </w:p>
    <w:p>
      <w:pPr>
        <w:ind w:firstLine="283"/>
      </w:pPr>
      <w:r>
        <w:t>Основание требования: ст. 80 ЖК РФ.</w:t>
      </w:r>
    </w:p>
    <w:p>
      <w:pPr>
        <w:ind w:firstLine="283"/>
      </w:pPr>
      <w:r>
        <w:t>При отказе добровольно освободить помещение вопрос будет разрешаться в установленном законом порядке. Самовольного выселения это требование не разрешает.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Next/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договора социального найма от </w:t>
      </w:r>
      <w:r>
        <w:rPr>
          <w:i/>
          <w:color w:val="854D0E"/>
        </w:rPr>
        <w:t>12 августа 2020 года</w:t>
      </w:r>
      <w:r>
        <w:t xml:space="preserve"> № </w:t>
      </w:r>
      <w:r>
        <w:rPr>
          <w:i/>
          <w:color w:val="854D0E"/>
        </w:rPr>
        <w:t>СН-808/20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5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Сергей Павлович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 xml:space="preserve">При личном вручении: получено </w:t>
      </w:r>
      <w:r>
        <w:rPr>
          <w:i/>
          <w:color w:val="854D0E"/>
        </w:rPr>
        <w:t>6 октября 2026 года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Кузнецов Андрей Викторович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нанимателя по социальному найму освободить квартиру временным жильцом без согласованного срока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