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администрацию </w:t>
            </w:r>
            <w:r>
              <w:rPr>
                <w:i/>
                <w:color w:val="854D0E"/>
                <w:sz w:val="24"/>
              </w:rPr>
              <w:t>Государственного университета «Северный кампус»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Кузнецовой Анны Ильиничны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Мира, д. 10, кв. 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Контакты: </w:t>
            </w:r>
            <w:r>
              <w:rPr>
                <w:i/>
                <w:color w:val="854D0E"/>
                <w:sz w:val="24"/>
              </w:rPr>
              <w:t>anna.kuznetsova@example.com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+7 (900) 555-01-27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</w:t>
        <w:br/>
        <w:t>о предоставлении документов и сведений по требованию об освобождении общежития</w:t>
      </w:r>
    </w:p>
    <w:p>
      <w:pPr>
        <w:ind w:firstLine="283"/>
      </w:pPr>
      <w:r>
        <w:t>Прошу предоставить основание требования об освобождении жилого помещения в общежитии, копии документов, подтверждающих принятое решение, применяемых пунктов договора найма и правил проживания, а также расчёт задолженности либо документы, подтверждающие нарушение, если требование связано с такими обстоятельствами.</w:t>
      </w:r>
    </w:p>
    <w:p>
      <w:pPr>
        <w:ind w:firstLine="283"/>
      </w:pPr>
      <w:r>
        <w:t xml:space="preserve">ФИО студента: </w:t>
      </w:r>
      <w:r>
        <w:rPr>
          <w:i/>
          <w:color w:val="854D0E"/>
        </w:rPr>
        <w:t>Кузнецова Анна Ильинична</w:t>
      </w:r>
      <w:r>
        <w:br/>
        <w:t xml:space="preserve">Образовательная организация: </w:t>
      </w:r>
      <w:r>
        <w:rPr>
          <w:i/>
          <w:color w:val="854D0E"/>
        </w:rPr>
        <w:t>Государственный университет «Северный кампус»</w:t>
      </w:r>
      <w:r>
        <w:br/>
        <w:t xml:space="preserve">Номер договора найма: </w:t>
      </w:r>
      <w:r>
        <w:rPr>
          <w:i/>
          <w:color w:val="854D0E"/>
        </w:rPr>
        <w:t>24-ОБ-117 от 1 сентября 2025 года</w:t>
      </w:r>
      <w:r>
        <w:br/>
        <w:t xml:space="preserve">Комната/место проживания: </w:t>
      </w:r>
      <w:r>
        <w:rPr>
          <w:i/>
          <w:color w:val="854D0E"/>
        </w:rPr>
        <w:t>общежитие № 2, комната 318, место 2</w:t>
      </w:r>
      <w:r>
        <w:br/>
        <w:t xml:space="preserve">Описание ситуации и дата полученного требования: </w:t>
      </w:r>
      <w:r>
        <w:rPr>
          <w:i/>
          <w:color w:val="854D0E"/>
        </w:rPr>
        <w:t>30 сентября 2026 года получено требование освободить комнату до 15 октября 2026 года в связи с указанной в нём задолженностью.</w:t>
      </w:r>
      <w:r>
        <w:br/>
        <w:t>Прошу также сообщить, прекращён ли мой статус обучающегося и договор найма, с какой даты и на каком основании.</w:t>
        <w:br/>
        <w:t xml:space="preserve">Приложения: </w:t>
      </w:r>
      <w:r>
        <w:rPr>
          <w:i/>
          <w:color w:val="854D0E"/>
        </w:rPr>
        <w:t>копия требования об освобождении комнаты от 29 сентября 2026 года</w:t>
      </w:r>
      <w:r>
        <w:t xml:space="preserve">; </w:t>
      </w:r>
      <w:r>
        <w:rPr>
          <w:i/>
          <w:color w:val="854D0E"/>
        </w:rPr>
        <w:t>копия договора найма от 1 сентября 2025 года</w:t>
      </w:r>
      <w:r>
        <w:t>.</w:t>
        <w:br/>
        <w:t xml:space="preserve">Дата: </w:t>
      </w:r>
      <w:r>
        <w:rPr>
          <w:i/>
          <w:color w:val="854D0E"/>
        </w:rPr>
        <w:t>4 октября 2026 года</w:t>
      </w:r>
      <w:r>
        <w:br/>
        <w:t xml:space="preserve">Подпись: </w:t>
      </w:r>
      <w:r>
        <w:rPr>
          <w:i/>
          <w:color w:val="854D0E"/>
        </w:rPr>
        <w:t>Кузнецова А.И.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документов и сведений по требованию об освобождении общежития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