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Царицынский ОСП ГУФССП России по г. Москве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подразделения: </w:t>
            </w:r>
            <w:r>
              <w:rPr>
                <w:i/>
                <w:color w:val="854D0E"/>
                <w:sz w:val="24"/>
              </w:rPr>
              <w:t>г. Москва, Электролитный проезд, д. 5Б, стр. 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Ивановой Марии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 О ПРОВЕРКЕ УДЕРЖАНИЯ И ПЕРЕЧИСЛЕНИЯ АЛИМЕНТОВ РАБОТОДАТЕЛЕМ</w:t>
      </w:r>
    </w:p>
    <w:p>
      <w:pPr>
        <w:ind w:firstLine="283"/>
      </w:pPr>
      <w:r>
        <w:t xml:space="preserve">Исполнительный лист </w:t>
      </w:r>
      <w:r>
        <w:rPr>
          <w:i/>
          <w:color w:val="854D0E"/>
        </w:rPr>
        <w:t>серии ФС № 000000000</w:t>
      </w:r>
      <w:r>
        <w:t xml:space="preserve"> от </w:t>
      </w:r>
      <w:r>
        <w:rPr>
          <w:i/>
          <w:color w:val="854D0E"/>
        </w:rPr>
        <w:t>1 июля 2026 г.</w:t>
      </w:r>
      <w:r>
        <w:t xml:space="preserve">, выданный </w:t>
      </w:r>
      <w:r>
        <w:rPr>
          <w:i/>
          <w:color w:val="854D0E"/>
        </w:rPr>
        <w:t>Нагатинским районным судом города Москвы</w:t>
      </w:r>
      <w:r>
        <w:t xml:space="preserve"> по делу № </w:t>
      </w:r>
      <w:r>
        <w:rPr>
          <w:i/>
          <w:color w:val="854D0E"/>
        </w:rPr>
        <w:t>2-1002/2026</w:t>
      </w:r>
      <w:r>
        <w:t xml:space="preserve">, я предъявила работодателю </w:t>
      </w:r>
      <w:r>
        <w:rPr>
          <w:i/>
          <w:color w:val="854D0E"/>
        </w:rPr>
        <w:t>ООО «Горизонт»</w:t>
      </w:r>
      <w:r>
        <w:t xml:space="preserve"> напрямую </w:t>
      </w:r>
      <w:r>
        <w:rPr>
          <w:i/>
          <w:color w:val="854D0E"/>
        </w:rPr>
        <w:t>15 июля 2026 г.</w:t>
      </w:r>
      <w:r>
        <w:t xml:space="preserve"> Адрес работодателя: </w:t>
      </w:r>
      <w:r>
        <w:rPr>
          <w:i/>
          <w:color w:val="854D0E"/>
        </w:rPr>
        <w:t>г. Москва, ул. Шипиловская, д. 25, корп. 1</w:t>
      </w:r>
      <w:r>
        <w:t>. Исполнительное производство по этому документу мне не известно.</w:t>
      </w:r>
    </w:p>
    <w:p>
      <w:pPr>
        <w:ind w:firstLine="283"/>
      </w:pPr>
      <w:r>
        <w:t xml:space="preserve">Алименты за </w:t>
      </w:r>
      <w:r>
        <w:rPr>
          <w:i/>
          <w:color w:val="854D0E"/>
        </w:rPr>
        <w:t>август 2026 г.</w:t>
      </w:r>
      <w:r>
        <w:t xml:space="preserve"> на мой счёт не поступили. Последний известный мне платёж за </w:t>
      </w:r>
      <w:r>
        <w:rPr>
          <w:i/>
          <w:color w:val="854D0E"/>
        </w:rPr>
        <w:t>июль 2026 г.</w:t>
      </w:r>
      <w:r>
        <w:t xml:space="preserve"> поступил </w:t>
      </w:r>
      <w:r>
        <w:rPr>
          <w:i/>
          <w:color w:val="854D0E"/>
        </w:rPr>
        <w:t>5 августа 2026 г.</w:t>
      </w:r>
      <w:r>
        <w:t xml:space="preserve"> Бухгалтерия </w:t>
      </w:r>
      <w:r>
        <w:rPr>
          <w:i/>
          <w:color w:val="854D0E"/>
        </w:rPr>
        <w:t>10 сентября 2026 г.</w:t>
      </w:r>
      <w:r>
        <w:t xml:space="preserve"> сообщила об удержании алиментов, но подтверждение исполнения перевода не предоставила.</w:t>
      </w:r>
    </w:p>
    <w:p>
      <w:pPr>
        <w:ind w:firstLine="283"/>
      </w:pPr>
      <w:r>
        <w:t>На основании пункта 16 части 1 статьи 64 Закона № 229-ФЗ прошу передать заявление компетентному подразделению и проверить правильность удержания и перечисления алиментов. Прошу установить даты выплат дохода должнику, суммы удержания, даты и статус исполнения переводов, их получателей и реквизиты по расчётным и платёжным документам работодателя.</w:t>
      </w:r>
    </w:p>
    <w:p>
      <w:pPr>
        <w:ind w:firstLine="283"/>
      </w:pPr>
      <w:r>
        <w:t>Прошу сообщить, какому подразделению передано заявление, и направить мне результат проверки. При выявлении нарушения прошу принять предусмотренные законом меры.</w:t>
      </w:r>
    </w:p>
    <w:p>
      <w:pPr>
        <w:keepNext/>
        <w:spacing w:before="120"/>
        <w:ind w:firstLine="283"/>
      </w:pPr>
      <w:r>
        <w:t>Приложения: копия исполнительного листа; копия заявления работодателю с отметкой о приёме; выписка по счёту; копия ответа бухгалтерии.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проверке удержания и перечисления алиментов работодателем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