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365"/>
        <w:gridCol w:w="4989"/>
      </w:tblGrid>
      <w:tr>
        <w:tc>
          <w:tcPr>
            <w:tcW w:type="dxa" w:w="4365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ind w:firstLine="0"/>
            </w:pPr>
          </w:p>
        </w:tc>
        <w:tc>
          <w:tcPr>
            <w:tcW w:type="dxa" w:w="4989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after="40" w:line="240" w:lineRule="auto"/>
              <w:ind w:firstLine="0"/>
            </w:pPr>
            <w:r>
              <w:rPr>
                <w:sz w:val="24"/>
              </w:rPr>
              <w:t xml:space="preserve">В: </w:t>
            </w:r>
            <w:r>
              <w:rPr>
                <w:i/>
                <w:color w:val="854D0E"/>
                <w:sz w:val="24"/>
              </w:rPr>
              <w:t>Администрация городского округа Домодедово Московской области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Адрес: </w:t>
            </w:r>
            <w:r>
              <w:rPr>
                <w:i/>
                <w:color w:val="854D0E"/>
                <w:sz w:val="24"/>
              </w:rPr>
              <w:t>142000, Московская область, г. Домодедово, мкр. Центральный, пл. 30-летия Победы, д. 1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От: </w:t>
            </w:r>
            <w:r>
              <w:rPr>
                <w:i/>
                <w:color w:val="854D0E"/>
                <w:sz w:val="24"/>
              </w:rPr>
              <w:t>Орловой Анны Сергеевны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Адрес для ответа: </w:t>
            </w:r>
            <w:r>
              <w:rPr>
                <w:i/>
                <w:color w:val="854D0E"/>
                <w:sz w:val="24"/>
              </w:rPr>
              <w:t>Московская область, г. Домодедово, ул. Корнеева, д. 36, кв. 17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Телефон: </w:t>
            </w:r>
            <w:r>
              <w:rPr>
                <w:i/>
                <w:color w:val="854D0E"/>
                <w:sz w:val="24"/>
              </w:rPr>
              <w:t>8 (900) 000-00-00</w:t>
            </w:r>
            <w:r>
              <w:rPr>
                <w:sz w:val="24"/>
              </w:rPr>
            </w:r>
          </w:p>
        </w:tc>
      </w:tr>
    </w:tbl>
    <w:p>
      <w:pPr>
        <w:pStyle w:val="Title"/>
        <w:keepNext/>
        <w:spacing w:before="280" w:after="140"/>
        <w:jc w:val="center"/>
      </w:pPr>
      <w:r>
        <w:rPr>
          <w:b/>
          <w:sz w:val="30"/>
        </w:rPr>
        <w:t>ЗАЯВЛЕНИЕ об образовании земельного участка под многоквартирным домом</w:t>
      </w:r>
    </w:p>
    <w:p>
      <w:pPr>
        <w:ind w:firstLine="283"/>
      </w:pPr>
      <w:r>
        <w:t xml:space="preserve">Я являюсь собственником помещения № </w:t>
      </w:r>
      <w:r>
        <w:rPr>
          <w:i/>
          <w:color w:val="854D0E"/>
        </w:rPr>
        <w:t>17</w:t>
      </w:r>
      <w:r>
        <w:t xml:space="preserve"> в многоквартирном доме, расположенном по адресу: </w:t>
      </w:r>
      <w:r>
        <w:rPr>
          <w:i/>
          <w:color w:val="854D0E"/>
        </w:rPr>
        <w:t>Московская область, г. Домодедово, ул. Корнеева, д. 36</w:t>
      </w:r>
      <w:r>
        <w:t>.</w:t>
      </w:r>
    </w:p>
    <w:p>
      <w:pPr>
        <w:ind w:firstLine="283"/>
      </w:pPr>
      <w:r/>
      <w:r>
        <w:rPr>
          <w:i/>
          <w:color w:val="854D0E"/>
        </w:rPr>
        <w:t>Право на помещение возникло по договору купли-продажи от 12 мая 2021 года № ДД-21/17 и зарегистрировано в ЕГРН; номер записи: 50:28:0060102:417-50/028/2021-2.</w:t>
      </w:r>
      <w:r/>
    </w:p>
    <w:p>
      <w:pPr>
        <w:ind w:firstLine="283"/>
      </w:pPr>
      <w:r>
        <w:t>Прошу организовать образование земельного участка, на котором расположен указанный многоквартирный дом, и выполнить предусмотренные законом действия для его постановки на государственный кадастровый учёт в соответствии со статьёй 16 Федерального закона от 29.12.2004 № 189-ФЗ.</w:t>
      </w:r>
    </w:p>
    <w:p>
      <w:pPr>
        <w:ind w:firstLine="283"/>
      </w:pPr>
      <w:r/>
      <w:r>
        <w:rPr>
          <w:i/>
          <w:color w:val="854D0E"/>
        </w:rPr>
        <w:t>Кадастровый номер земельного участка мне неизвестен; прошу проверить, образован ли участок.</w:t>
      </w:r>
      <w:r/>
    </w:p>
    <w:p>
      <w:pPr>
        <w:ind w:firstLine="283"/>
      </w:pPr>
      <w:r>
        <w:t>Прошу сообщить, какие действия выполнены для образования участка, какой орган или организация проводит необходимые мероприятия, этапы процедуры, планируемые сроки и результат рассмотрения обращения.</w:t>
      </w:r>
    </w:p>
    <w:p>
      <w:pPr>
        <w:ind w:firstLine="283"/>
      </w:pPr>
      <w:r>
        <w:t>Если участок уже образован, прошу сообщить его кадастровый номер, сведения о границах и основания формирования.</w:t>
      </w:r>
    </w:p>
    <w:p>
      <w:pPr>
        <w:keepNext/>
        <w:spacing w:before="140"/>
      </w:pPr>
      <w:r>
        <w:rPr>
          <w:b/>
        </w:rPr>
        <w:t>Приложения:</w:t>
      </w:r>
    </w:p>
    <w:p>
      <w:pPr>
        <w:keepLines/>
        <w:tabs>
          <w:tab w:pos="709" w:val="left"/>
        </w:tabs>
        <w:ind w:left="709" w:hanging="425"/>
      </w:pPr>
      <w:r>
        <w:t>—</w:t>
        <w:tab/>
      </w:r>
      <w:r>
        <w:t xml:space="preserve">Копия договора купли-продажи помещения от </w:t>
      </w:r>
      <w:r>
        <w:rPr>
          <w:i/>
          <w:color w:val="854D0E"/>
        </w:rPr>
        <w:t>12 мая 2021 года</w:t>
      </w:r>
      <w:r>
        <w:t xml:space="preserve"> № </w:t>
      </w:r>
      <w:r>
        <w:rPr>
          <w:i/>
          <w:color w:val="854D0E"/>
        </w:rPr>
        <w:t>ДД-21/17</w:t>
      </w:r>
      <w:r>
        <w:t>.</w:t>
      </w:r>
    </w:p>
    <w:p>
      <w:pPr>
        <w:keepNext/>
        <w:keepLines/>
        <w:tabs>
          <w:tab w:pos="709" w:val="left"/>
        </w:tabs>
        <w:ind w:left="709" w:hanging="425"/>
      </w:pPr>
      <w:r>
        <w:t>—</w:t>
        <w:tab/>
      </w:r>
      <w:r>
        <w:t xml:space="preserve">Копия выписки ЕГРН о праве на помещение от </w:t>
      </w:r>
      <w:r>
        <w:rPr>
          <w:i/>
          <w:color w:val="854D0E"/>
        </w:rPr>
        <w:t>3 октября 2026 года</w:t>
      </w:r>
      <w:r>
        <w:t xml:space="preserve"> № </w:t>
      </w:r>
      <w:r>
        <w:rPr>
          <w:i/>
          <w:color w:val="854D0E"/>
        </w:rPr>
        <w:t>50-28-2026-1003-0417</w:t>
      </w:r>
      <w:r>
        <w:t>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118"/>
        <w:gridCol w:w="6236"/>
      </w:tblGrid>
      <w:tr>
        <w:tc>
          <w:tcPr>
            <w:tcW w:type="dxa" w:w="3118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keepNext/>
              <w:spacing w:before="120"/>
              <w:ind w:firstLine="0"/>
            </w:pPr>
            <w:r/>
            <w:r>
              <w:rPr>
                <w:i/>
                <w:color w:val="854D0E"/>
              </w:rPr>
              <w:t>4 октября 2026 года</w:t>
            </w:r>
            <w:r/>
          </w:p>
        </w:tc>
        <w:tc>
          <w:tcPr>
            <w:tcW w:type="dxa" w:w="6236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keepNext/>
              <w:spacing w:before="120"/>
              <w:ind w:firstLine="0"/>
              <w:jc w:val="right"/>
            </w:pPr>
            <w:r>
              <w:t xml:space="preserve">________________ / </w:t>
            </w:r>
            <w:r>
              <w:rPr>
                <w:i/>
                <w:color w:val="854D0E"/>
              </w:rPr>
              <w:t>Орлова А.С.</w:t>
            </w:r>
            <w:r>
              <w:t xml:space="preserve"> /</w:t>
            </w:r>
          </w:p>
        </w:tc>
      </w:tr>
    </w:tbl>
    <w:p>
      <w:pPr>
        <w:keepNext w:val="0"/>
        <w:spacing w:before="240" w:after="0"/>
        <w:ind w:firstLine="0"/>
      </w:pPr>
      <w:r>
        <w:rPr>
          <w:color w:val="D03B5A"/>
          <w:sz w:val="18"/>
        </w:rPr>
        <w:t xml:space="preserve">Подготовлено </w:t>
      </w:r>
      <w:hyperlink r:id="rId10">
        <w:r>
          <w:rPr>
            <w:color w:val="D03B5A"/>
            <w:sz w:val="18"/>
            <w:u w:val="single"/>
          </w:rPr>
          <w:t>Law-Divorce.org</w:t>
        </w:r>
      </w:hyperlink>
      <w:r>
        <w:rPr>
          <w:color w:val="D03B5A"/>
          <w:sz w:val="18"/>
        </w:rPr>
        <w:t xml:space="preserve"> | 8(800)302-85-56 Бесплатная юридическая консультация</w:t>
      </w:r>
    </w:p>
    <w:sectPr w:rsidR="00FC693F" w:rsidRPr="0006063C" w:rsidSect="00034616">
      <w:headerReference w:type="default" r:id="rId9"/>
      <w:pgSz w:w="11906" w:h="16838"/>
      <w:pgMar w:top="1134" w:right="850" w:bottom="1134" w:left="1701" w:header="567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fldSimple w:instr="PAGE">
      <w:r>
        <w:rPr>
          <w:sz w:val="18"/>
        </w:rPr>
        <w:t>2</w:t>
      </w:r>
    </w:fldSimple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line="269" w:lineRule="auto" w:after="100"/>
    </w:pPr>
    <w:rPr>
      <w:rFonts w:ascii="Times New Roman" w:hAnsi="Times New Roman" w:eastAsia="Times New Roman" w:cs="Times New Roman"/>
      <w:color w:val="000000"/>
      <w:sz w:val="25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="Times New Roman" w:hAnsi="Times New Roman" w:eastAsia="Times New Roman" w:cs="Times New Roman"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="Times New Roman" w:hAnsi="Times New Roman" w:eastAsia="Times New Roman" w:cs="Times New Roman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hyperlink" Target="https://law-divorce.org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об образовании земельного участка под многоквартирным домом</dc:title>
  <dc:subject/>
  <dc:creator>Law-Divorce.org</dc:creator>
  <cp:keywords/>
  <dc:description>generated by python-docx</dc:description>
  <cp:lastModifiedBy>Law-Divorce.org</cp:lastModifiedBy>
  <cp:revision>1</cp:revision>
  <dcterms:created xsi:type="dcterms:W3CDTF">2013-12-23T23:15:00Z</dcterms:created>
  <dcterms:modified xsi:type="dcterms:W3CDTF">2013-12-23T23:15:00Z</dcterms:modified>
  <cp:category/>
</cp:coreProperties>
</file>