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В: </w:t>
            </w:r>
            <w:r>
              <w:rPr>
                <w:i/>
                <w:color w:val="854D0E"/>
                <w:sz w:val="24"/>
              </w:rPr>
              <w:t>Домодедовский городской суд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142000, Московская область, г. Домодедово, ул. Советская, д. 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Заявитель: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Орлова Анна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12 марта 1990 года, г. Домодедово, Московская область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паспорт 46 10 № 123456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claimant@example.test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Заинтересованное лицо — нотариус: </w:t>
            </w:r>
            <w:r>
              <w:rPr>
                <w:i/>
                <w:color w:val="854D0E"/>
                <w:sz w:val="24"/>
              </w:rPr>
              <w:t>Петрова Елена Викторовна, Домодедовский нотариальный округ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конторы: </w:t>
            </w:r>
            <w:r>
              <w:rPr>
                <w:i/>
                <w:color w:val="854D0E"/>
                <w:sz w:val="24"/>
              </w:rPr>
              <w:t>Московская область, г. Домодедово, мкр. Центральный, ул. Каширское шоссе, д. 83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 ОБ ОБЖАЛОВАНИИ ОТКАЗА В СОВЕРШЕНИИ НОТАРИАЛЬНОГО ДЕЙСТВИЯ</w:t>
      </w:r>
    </w:p>
    <w:p>
      <w:pPr>
        <w:ind w:firstLine="283"/>
      </w:pPr>
      <w:r/>
      <w:r>
        <w:rPr>
          <w:i/>
          <w:color w:val="854D0E"/>
        </w:rPr>
        <w:t>2 октября 2026 года я обратилась к нотариусу Петровой Елене Викторовне с просьбой засвидетельствовать верность копии моего свидетельства о рождении от 12 марта 1990 года, запись акта № 81. Я предъявила подлинник свидетельства без исправлений и повреждений, паспорт и изготовленную с подлинника копию.</w:t>
      </w:r>
      <w:r/>
    </w:p>
    <w:p>
      <w:pPr>
        <w:ind w:firstLine="283"/>
      </w:pPr>
      <w:r/>
      <w:r>
        <w:rPr>
          <w:i/>
          <w:color w:val="854D0E"/>
        </w:rPr>
        <w:t>Нотариус отказала в совершении действия. В постановлении от 2 октября 2026 года № 50/77-н/50-2026-118 единственной причиной указано, что свидетельство выдано более шести месяцев назад.</w:t>
      </w:r>
      <w:r/>
    </w:p>
    <w:p>
      <w:pPr>
        <w:ind w:firstLine="283"/>
      </w:pPr>
      <w:r>
        <w:t xml:space="preserve">Считаю отказ нарушающим </w:t>
      </w:r>
      <w:r>
        <w:rPr>
          <w:i/>
          <w:color w:val="854D0E"/>
        </w:rPr>
        <w:t>моё право получить указанное нотариальное действие</w:t>
      </w:r>
      <w:r>
        <w:t>: предусмотренное статьёй 77 Основ законодательства Российской Федерации о нотариате свидетельствование верности копии не обусловлено выдачей документа в течение последних шести месяцев.</w:t>
      </w:r>
    </w:p>
    <w:p>
      <w:pPr>
        <w:ind w:firstLine="283"/>
      </w:pPr>
      <w:r/>
      <w:r>
        <w:rPr>
          <w:i/>
          <w:color w:val="854D0E"/>
        </w:rPr>
        <w:t>Об отказе я узнала 2 октября 2026 года при получении постановления, что подтверждается моей отметкой на его экземпляре. Настоящее заявление от 4 октября 2026 года подаётся в пределах десятидневного процессуального срока.</w:t>
      </w:r>
      <w:r/>
    </w:p>
    <w:p>
      <w:pPr>
        <w:ind w:firstLine="283"/>
      </w:pPr>
      <w:r/>
      <w:r>
        <w:rPr>
          <w:i/>
          <w:color w:val="854D0E"/>
        </w:rPr>
        <w:t>Спора о праве между заинтересованными лицами нет.</w:t>
      </w:r>
      <w:r/>
    </w:p>
    <w:p>
      <w:pPr>
        <w:ind w:firstLine="283"/>
      </w:pPr>
      <w:r>
        <w:t>На основании статей 263, 310–312 ГПК РФ, статей 33, 49 и 77 Основ законодательства Российской Федерации о нотариате,</w:t>
      </w:r>
    </w:p>
    <w:p>
      <w:pPr>
        <w:keepNext/>
        <w:spacing w:before="140"/>
      </w:pPr>
      <w:r>
        <w:rPr>
          <w:b/>
        </w:rPr>
        <w:t>ПРОШУ:</w:t>
      </w:r>
    </w:p>
    <w:p>
      <w:pPr>
        <w:ind w:firstLine="283"/>
      </w:pPr>
      <w:r>
        <w:t xml:space="preserve">Обязать нотариуса </w:t>
      </w:r>
      <w:r>
        <w:rPr>
          <w:i/>
          <w:color w:val="854D0E"/>
        </w:rPr>
        <w:t>Петрову Елену Викторовну совершить нотариальное действие — засвидетельствовать верность копии свидетельства о рождении Орловой Анны Сергеевны от 12 марта 1990 года, запись акта № 81.</w:t>
      </w:r>
      <w:r/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Постановление об отказе от 2 октября 2026 года № 50/77-н/50-2026-118 с отметкой о получении.</w:t>
      </w:r>
      <w:r/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Копия обращения к нотариусу от 2 октября 2026 года с отметкой о получении.</w:t>
      </w:r>
      <w:r/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Копия свидетельства о рождении от 12 марта 1990 года, запись акта № 81; подлинник будет представлен суду для обозрения.</w:t>
      </w:r>
      <w:r/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Подтверждение направления нотариусу копии заявления и приложений, которых у него нет.</w:t>
      </w:r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>
        <w:t>Документ об уплате государственной пошлины.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Орлова А.С.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обжаловании отказа в совершении нотариального действия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