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>Судебному приставу-исполнителю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Домодедовское ГОСП ГУФССП России по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Елены Викторовны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Центральный, ул. Корнеева, д. 34,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(900) 000-06-89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elena689@example.org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Взыскатель: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Иванова Елена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Должник: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Иванов Сергей Павлович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618689/26/50006-ИП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возобновлении исполнительного производства по взысканию алиментов после окончания стационарного лечения должника</w:t>
      </w:r>
    </w:p>
    <w:p>
      <w:pPr>
        <w:ind w:firstLine="283"/>
      </w:pPr>
      <w:r>
        <w:t xml:space="preserve">В производстве </w:t>
      </w:r>
      <w:r>
        <w:rPr>
          <w:i/>
          <w:color w:val="854D0E"/>
        </w:rPr>
        <w:t>Домодедовского ГОСП ГУФССП России по Московской области</w:t>
      </w:r>
      <w:r>
        <w:t xml:space="preserve"> находится исполнительное производство № </w:t>
      </w:r>
      <w:r>
        <w:rPr>
          <w:i/>
          <w:color w:val="854D0E"/>
        </w:rPr>
        <w:t>618689/26/50006-ИП</w:t>
      </w:r>
      <w:r>
        <w:t xml:space="preserve"> о взыскании алиментов с </w:t>
      </w:r>
      <w:r>
        <w:rPr>
          <w:i/>
          <w:color w:val="854D0E"/>
        </w:rPr>
        <w:t>Иванова Сергея Павловича</w:t>
      </w:r>
      <w:r>
        <w:t xml:space="preserve"> в пользу </w:t>
      </w:r>
      <w:r>
        <w:rPr>
          <w:i/>
          <w:color w:val="854D0E"/>
        </w:rPr>
        <w:t>Ивановой Елены Викторовны</w:t>
      </w:r>
      <w:r>
        <w:t>.</w:t>
      </w:r>
    </w:p>
    <w:p>
      <w:pPr>
        <w:ind w:firstLine="283"/>
      </w:pPr>
      <w:r>
        <w:t xml:space="preserve">Постановлением судебного пристава-исполнителя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П-689/26</w:t>
      </w:r>
      <w:r>
        <w:t xml:space="preserve"> исполнительное производство было приостановлено в связи с </w:t>
      </w:r>
      <w:r>
        <w:rPr>
          <w:i/>
          <w:color w:val="854D0E"/>
        </w:rPr>
        <w:t>нахождением должника на лечении в стационарном лечебном учреждении</w:t>
      </w:r>
      <w:r>
        <w:t>.</w:t>
      </w:r>
    </w:p>
    <w:p>
      <w:pPr>
        <w:ind w:firstLine="283"/>
      </w:pPr>
      <w:r>
        <w:t xml:space="preserve">Обстоятельство, послужившее основанием для приостановления исполнительного производства, устранено </w:t>
      </w:r>
      <w:r>
        <w:rPr>
          <w:i/>
          <w:color w:val="854D0E"/>
        </w:rPr>
        <w:t>20 сентября 2026 года</w:t>
      </w:r>
      <w:r>
        <w:t>.</w:t>
      </w:r>
    </w:p>
    <w:p>
      <w:pPr>
        <w:ind w:firstLine="283"/>
      </w:pPr>
      <w:r>
        <w:t xml:space="preserve">Это подтверждается </w:t>
      </w:r>
      <w:r>
        <w:rPr>
          <w:i/>
          <w:color w:val="854D0E"/>
        </w:rPr>
        <w:t>выпиской из медицинской карты стационарного больного</w:t>
      </w:r>
      <w:r>
        <w:t xml:space="preserve"> </w:t>
      </w:r>
      <w:r>
        <w:rPr>
          <w:i/>
          <w:color w:val="854D0E"/>
        </w:rPr>
        <w:t>ГБУЗ МО «Домодедовская больница»</w:t>
      </w:r>
      <w:r>
        <w:t xml:space="preserve"> от </w:t>
      </w:r>
      <w:r>
        <w:rPr>
          <w:i/>
          <w:color w:val="854D0E"/>
        </w:rPr>
        <w:t>20 сентября 2026 года</w:t>
      </w:r>
      <w:r>
        <w:t xml:space="preserve"> № </w:t>
      </w:r>
      <w:r>
        <w:rPr>
          <w:i/>
          <w:color w:val="854D0E"/>
        </w:rPr>
        <w:t>ВЫП-689/26</w:t>
      </w:r>
      <w:r>
        <w:t xml:space="preserve">, подтверждающей </w:t>
      </w:r>
      <w:r>
        <w:rPr>
          <w:i/>
          <w:color w:val="854D0E"/>
        </w:rPr>
        <w:t>окончание указанного стационарного лечения и выписку должника</w:t>
      </w:r>
      <w:r>
        <w:t xml:space="preserve"> </w:t>
      </w:r>
      <w:r>
        <w:rPr>
          <w:i/>
          <w:color w:val="854D0E"/>
        </w:rPr>
        <w:t>20 сентября 2026 года</w:t>
      </w:r>
      <w:r>
        <w:t>.</w:t>
      </w:r>
    </w:p>
    <w:p>
      <w:pPr>
        <w:ind w:firstLine="283"/>
      </w:pPr>
      <w:r>
        <w:t>В соответствии с ч. 8 ст. 45 Федерального закона от 02.10.2007 № 229-ФЗ «Об исполнительном производстве»</w:t>
      </w:r>
    </w:p>
    <w:p>
      <w:pPr>
        <w:keepNext/>
        <w:spacing w:before="140"/>
      </w:pPr>
      <w:r>
        <w:rPr>
          <w:b/>
        </w:rPr>
        <w:t>ПРОШУ:</w:t>
      </w:r>
    </w:p>
    <w:p>
      <w:pPr>
        <w:ind w:firstLine="283"/>
      </w:pPr>
      <w:r>
        <w:t xml:space="preserve">возобновить исполнительное производство № </w:t>
      </w:r>
      <w:r>
        <w:rPr>
          <w:i/>
          <w:color w:val="854D0E"/>
        </w:rPr>
        <w:t>618689/26/50006-ИП</w:t>
      </w:r>
      <w:r>
        <w:t xml:space="preserve"> по взысканию алиментов.</w:t>
      </w:r>
    </w:p>
    <w:p>
      <w:pPr>
        <w:ind w:firstLine="283"/>
      </w:pPr>
      <w:r>
        <w:t xml:space="preserve">Прошу направить мне копию постановления, принятого по результатам рассмотрения настоящего заявления, </w:t>
      </w:r>
      <w:r>
        <w:rPr>
          <w:i/>
          <w:color w:val="854D0E"/>
        </w:rPr>
        <w:t>по адресу</w:t>
      </w:r>
      <w:r>
        <w:t xml:space="preserve">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</w:t>
      </w:r>
      <w:r>
        <w:rPr>
          <w:i/>
          <w:color w:val="854D0E"/>
        </w:rPr>
        <w:t>выписки из медицинской карты стационарного больного</w:t>
      </w:r>
      <w:r>
        <w:t xml:space="preserve"> </w:t>
      </w:r>
      <w:r>
        <w:rPr>
          <w:i/>
          <w:color w:val="854D0E"/>
        </w:rPr>
        <w:t>ГБУЗ МО «Домодедовская больница»</w:t>
      </w:r>
      <w:r>
        <w:t xml:space="preserve"> от </w:t>
      </w:r>
      <w:r>
        <w:rPr>
          <w:i/>
          <w:color w:val="854D0E"/>
        </w:rPr>
        <w:t>20 сентября 2026 года</w:t>
      </w:r>
      <w:r>
        <w:t xml:space="preserve"> № </w:t>
      </w:r>
      <w:r>
        <w:rPr>
          <w:i/>
          <w:color w:val="854D0E"/>
        </w:rPr>
        <w:t>ВЫП-689/26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</w:t>
      </w:r>
      <w:r>
        <w:rPr>
          <w:i/>
          <w:color w:val="854D0E"/>
        </w:rPr>
        <w:t>постановления о приостановлении исполнительного производства</w:t>
      </w:r>
      <w:r>
        <w:t xml:space="preserve">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П-689/26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</w:pPr>
            <w:r/>
            <w:r>
              <w:rPr>
                <w:i/>
                <w:color w:val="854D0E"/>
              </w:rPr>
              <w:t>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Елена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приставу о возобновлении взыскания алиментов после окончания стационарного лечения должника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