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АВТОБИОГРАФИЯ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Смирнова Ольга Николаевна</w:t>
      </w:r>
      <w:r>
        <w:t xml:space="preserve">, родилась </w:t>
      </w:r>
      <w:r>
        <w:rPr>
          <w:i/>
          <w:color w:val="854D0E"/>
        </w:rPr>
        <w:t>20 июля 1987 г.</w:t>
      </w:r>
      <w:r>
        <w:t xml:space="preserve"> в </w:t>
      </w:r>
      <w:r>
        <w:rPr>
          <w:i/>
          <w:color w:val="854D0E"/>
        </w:rPr>
        <w:t>г. Москве</w:t>
      </w:r>
      <w:r>
        <w:t>.</w:t>
      </w:r>
    </w:p>
    <w:p>
      <w:pPr>
        <w:ind w:firstLine="283"/>
      </w:pPr>
      <w:r/>
      <w:r>
        <w:rPr>
          <w:i/>
          <w:color w:val="854D0E"/>
        </w:rPr>
        <w:t>С 1994 по 2004 год</w:t>
      </w:r>
      <w:r>
        <w:t xml:space="preserve"> обучалась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 xml:space="preserve">. </w:t>
      </w:r>
      <w:r>
        <w:rPr>
          <w:i/>
          <w:color w:val="854D0E"/>
        </w:rPr>
        <w:t>В 2004 году</w:t>
      </w:r>
      <w:r>
        <w:t xml:space="preserve"> поступила в </w:t>
      </w:r>
      <w:r>
        <w:rPr>
          <w:i/>
          <w:color w:val="854D0E"/>
        </w:rPr>
        <w:t>Московский педагогический государственный университет</w:t>
      </w:r>
      <w:r>
        <w:t xml:space="preserve">, который окончила </w:t>
      </w:r>
      <w:r>
        <w:rPr>
          <w:i/>
          <w:color w:val="854D0E"/>
        </w:rPr>
        <w:t>в 2008 году</w:t>
      </w:r>
      <w:r>
        <w:t xml:space="preserve">, </w:t>
      </w:r>
      <w:r>
        <w:rPr>
          <w:i/>
          <w:color w:val="854D0E"/>
        </w:rPr>
        <w:t>получив квалификацию учителя начальных классов</w:t>
      </w:r>
      <w:r>
        <w:t>.</w:t>
      </w:r>
    </w:p>
    <w:p>
      <w:pPr>
        <w:ind w:firstLine="283"/>
      </w:pPr>
      <w:r/>
      <w:r>
        <w:rPr>
          <w:i/>
          <w:color w:val="854D0E"/>
        </w:rPr>
        <w:t>С 2008 по 2014 год</w:t>
      </w:r>
      <w:r>
        <w:t xml:space="preserve"> </w:t>
      </w:r>
      <w:r>
        <w:rPr>
          <w:i/>
          <w:color w:val="854D0E"/>
        </w:rPr>
        <w:t>работала воспитателем</w:t>
      </w:r>
      <w:r>
        <w:t xml:space="preserve"> в </w:t>
      </w:r>
      <w:r>
        <w:rPr>
          <w:i/>
          <w:color w:val="854D0E"/>
        </w:rPr>
        <w:t>частном детском саду «Радуга»</w:t>
      </w:r>
      <w:r>
        <w:t xml:space="preserve">. </w:t>
      </w:r>
      <w:r>
        <w:rPr>
          <w:i/>
          <w:color w:val="854D0E"/>
        </w:rPr>
        <w:t>С 2014 по 2020 год</w:t>
      </w:r>
      <w:r>
        <w:t xml:space="preserve"> </w:t>
      </w:r>
      <w:r>
        <w:rPr>
          <w:i/>
          <w:color w:val="854D0E"/>
        </w:rPr>
        <w:t>работала учителем начальных классов</w:t>
      </w:r>
      <w:r>
        <w:t xml:space="preserve">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>.</w:t>
      </w:r>
    </w:p>
    <w:p>
      <w:pPr>
        <w:ind w:firstLine="283"/>
      </w:pPr>
      <w:r>
        <w:t xml:space="preserve">В настоящее время </w:t>
      </w:r>
      <w:r>
        <w:rPr>
          <w:i/>
          <w:color w:val="854D0E"/>
        </w:rPr>
        <w:t>работаю учителем начальных классов</w:t>
      </w:r>
      <w:r>
        <w:t xml:space="preserve">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>.</w:t>
      </w:r>
    </w:p>
    <w:p>
      <w:pPr>
        <w:ind w:firstLine="283"/>
      </w:pPr>
      <w:r>
        <w:t xml:space="preserve">Семейное положение: </w:t>
      </w:r>
      <w:r>
        <w:rPr>
          <w:i/>
          <w:color w:val="854D0E"/>
        </w:rPr>
        <w:t>состою в браке</w:t>
      </w:r>
      <w:r>
        <w:t xml:space="preserve">, воспитываю </w:t>
      </w:r>
      <w:r>
        <w:rPr>
          <w:i/>
          <w:color w:val="854D0E"/>
        </w:rPr>
        <w:t>дочь 2015 года рождения</w:t>
      </w:r>
      <w:r>
        <w:t xml:space="preserve">. Проживаю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Ивановым Сергеем Алексеевичем</w:t>
      </w:r>
      <w:r>
        <w:t xml:space="preserve"> состою в родстве: </w:t>
      </w:r>
      <w:r>
        <w:rPr>
          <w:i/>
          <w:color w:val="854D0E"/>
        </w:rPr>
        <w:t>я являюсь его тётей</w:t>
      </w:r>
      <w:r>
        <w:t>.</w:t>
      </w:r>
    </w:p>
    <w:p>
      <w:pPr>
        <w:ind w:firstLine="283"/>
      </w:pPr>
      <w:r>
        <w:t xml:space="preserve">Желаю стать опекуном ребёнка, поскольку </w:t>
      </w:r>
      <w:r>
        <w:rPr>
          <w:i/>
          <w:color w:val="854D0E"/>
        </w:rPr>
        <w:t>намерена обеспечить ежедневный уход за племянником</w:t>
      </w:r>
      <w:r>
        <w:t xml:space="preserve"> и его воспитание в семье.</w:t>
      </w:r>
    </w:p>
    <w:p>
      <w:pPr>
        <w:keepNext/>
        <w:ind w:firstLine="283"/>
      </w:pPr>
      <w:r>
        <w:t>Указанные сведения соответствуют действительности.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О.Н.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кандидата в опекуны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