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spacing w:before="320" w:after="180"/>
        <w:jc w:val="center"/>
      </w:pPr>
      <w:r>
        <w:rPr>
          <w:b/>
          <w:sz w:val="30"/>
        </w:rPr>
        <w:t>АВТОБИОГРАФИЯ</w:t>
      </w:r>
    </w:p>
    <w:p>
      <w:pPr>
        <w:ind w:firstLine="283"/>
      </w:pPr>
      <w:r>
        <w:t xml:space="preserve">Я, </w:t>
      </w:r>
      <w:r>
        <w:rPr>
          <w:i/>
          <w:color w:val="854D0E"/>
        </w:rPr>
        <w:t>Смирнова Ольга Николаевна</w:t>
      </w:r>
      <w:r>
        <w:t xml:space="preserve">, родилась </w:t>
      </w:r>
      <w:r>
        <w:rPr>
          <w:i/>
          <w:color w:val="854D0E"/>
        </w:rPr>
        <w:t>20 июля 1987 г.</w:t>
      </w:r>
      <w:r>
        <w:t xml:space="preserve"> в </w:t>
      </w:r>
      <w:r>
        <w:rPr>
          <w:i/>
          <w:color w:val="854D0E"/>
        </w:rPr>
        <w:t>г. Москве</w:t>
      </w:r>
      <w:r>
        <w:t>.</w:t>
      </w:r>
    </w:p>
    <w:p>
      <w:pPr>
        <w:ind w:firstLine="283"/>
      </w:pPr>
      <w:r/>
      <w:r>
        <w:rPr>
          <w:i/>
          <w:color w:val="854D0E"/>
        </w:rPr>
        <w:t>С 1994 по 2004 год</w:t>
      </w:r>
      <w:r>
        <w:t xml:space="preserve"> обучалась в </w:t>
      </w:r>
      <w:r>
        <w:rPr>
          <w:i/>
          <w:color w:val="854D0E"/>
        </w:rPr>
        <w:t>школе № 548</w:t>
      </w:r>
      <w:r>
        <w:t xml:space="preserve"> </w:t>
      </w:r>
      <w:r>
        <w:rPr>
          <w:i/>
          <w:color w:val="854D0E"/>
        </w:rPr>
        <w:t>города Москвы</w:t>
      </w:r>
      <w:r>
        <w:t xml:space="preserve">. </w:t>
      </w:r>
      <w:r>
        <w:rPr>
          <w:i/>
          <w:color w:val="854D0E"/>
        </w:rPr>
        <w:t>В 2008 году</w:t>
      </w:r>
      <w:r>
        <w:t xml:space="preserve"> </w:t>
      </w:r>
      <w:r>
        <w:rPr>
          <w:i/>
          <w:color w:val="854D0E"/>
        </w:rPr>
        <w:t>получила квалификацию учителя начальных классов</w:t>
      </w:r>
      <w:r>
        <w:t>.</w:t>
      </w:r>
    </w:p>
    <w:p>
      <w:pPr>
        <w:ind w:firstLine="283"/>
      </w:pPr>
      <w:r/>
      <w:r>
        <w:rPr>
          <w:i/>
          <w:color w:val="854D0E"/>
        </w:rPr>
        <w:t>С 2008 по 2014 год</w:t>
      </w:r>
      <w:r>
        <w:t xml:space="preserve"> работала </w:t>
      </w:r>
      <w:r>
        <w:rPr>
          <w:i/>
          <w:color w:val="854D0E"/>
        </w:rPr>
        <w:t>воспитателем</w:t>
      </w:r>
      <w:r>
        <w:t xml:space="preserve"> в </w:t>
      </w:r>
      <w:r>
        <w:rPr>
          <w:i/>
          <w:color w:val="854D0E"/>
        </w:rPr>
        <w:t>частном детском саду «Радуга»</w:t>
      </w:r>
      <w:r>
        <w:t xml:space="preserve">. </w:t>
      </w:r>
      <w:r>
        <w:rPr>
          <w:i/>
          <w:color w:val="854D0E"/>
        </w:rPr>
        <w:t>С 2014 по 2020 год</w:t>
      </w:r>
      <w:r>
        <w:t xml:space="preserve"> работала </w:t>
      </w:r>
      <w:r>
        <w:rPr>
          <w:i/>
          <w:color w:val="854D0E"/>
        </w:rPr>
        <w:t>учителем начальных классов</w:t>
      </w:r>
      <w:r>
        <w:t xml:space="preserve"> в </w:t>
      </w:r>
      <w:r>
        <w:rPr>
          <w:i/>
          <w:color w:val="854D0E"/>
        </w:rPr>
        <w:t>школе № 548</w:t>
      </w:r>
      <w:r>
        <w:t xml:space="preserve"> </w:t>
      </w:r>
      <w:r>
        <w:rPr>
          <w:i/>
          <w:color w:val="854D0E"/>
        </w:rPr>
        <w:t>города Москвы</w:t>
      </w:r>
      <w:r>
        <w:t>.</w:t>
      </w:r>
    </w:p>
    <w:p>
      <w:pPr>
        <w:ind w:firstLine="283"/>
      </w:pPr>
      <w:r>
        <w:t xml:space="preserve">В настоящее время </w:t>
      </w:r>
      <w:r>
        <w:rPr>
          <w:i/>
          <w:color w:val="854D0E"/>
        </w:rPr>
        <w:t>работаю учителем начальных классов</w:t>
      </w:r>
      <w:r>
        <w:t xml:space="preserve"> в </w:t>
      </w:r>
      <w:r>
        <w:rPr>
          <w:i/>
          <w:color w:val="854D0E"/>
        </w:rPr>
        <w:t>школе № 548</w:t>
      </w:r>
      <w:r>
        <w:t xml:space="preserve"> </w:t>
      </w:r>
      <w:r>
        <w:rPr>
          <w:i/>
          <w:color w:val="854D0E"/>
        </w:rPr>
        <w:t>города Москвы</w:t>
      </w:r>
      <w:r>
        <w:t>.</w:t>
      </w:r>
    </w:p>
    <w:p>
      <w:pPr>
        <w:ind w:firstLine="283"/>
      </w:pPr>
      <w:r>
        <w:t xml:space="preserve">Семейное положение: </w:t>
      </w:r>
      <w:r>
        <w:rPr>
          <w:i/>
          <w:color w:val="854D0E"/>
        </w:rPr>
        <w:t>состою в браке</w:t>
      </w:r>
      <w:r>
        <w:t xml:space="preserve">, воспитываю </w:t>
      </w:r>
      <w:r>
        <w:rPr>
          <w:i/>
          <w:color w:val="854D0E"/>
        </w:rPr>
        <w:t>дочь 2015 года рождения</w:t>
      </w:r>
      <w:r>
        <w:t xml:space="preserve">. Проживаю по адресу: </w:t>
      </w:r>
      <w:r>
        <w:rPr>
          <w:i/>
          <w:color w:val="854D0E"/>
        </w:rPr>
        <w:t>г. Москва, Ореховый бульвар, д. 10, корп. 1, кв. 12</w:t>
      </w:r>
      <w:r>
        <w:t>.</w:t>
      </w:r>
    </w:p>
    <w:p>
      <w:pPr>
        <w:ind w:firstLine="283"/>
      </w:pPr>
      <w:r>
        <w:t xml:space="preserve">Со </w:t>
      </w:r>
      <w:r>
        <w:rPr>
          <w:i/>
          <w:color w:val="854D0E"/>
        </w:rPr>
        <w:t>Смирновым Николаем Николаевичем</w:t>
      </w:r>
      <w:r>
        <w:t xml:space="preserve"> состою в родстве: </w:t>
      </w:r>
      <w:r>
        <w:rPr>
          <w:i/>
          <w:color w:val="854D0E"/>
        </w:rPr>
        <w:t>я являюсь его сестрой</w:t>
      </w:r>
      <w:r>
        <w:t>.</w:t>
      </w:r>
    </w:p>
    <w:p>
      <w:pPr>
        <w:ind w:firstLine="283"/>
      </w:pPr>
      <w:r>
        <w:t xml:space="preserve">Желаю исполнять обязанности опекуна, поскольку намерена </w:t>
      </w:r>
      <w:r>
        <w:rPr>
          <w:i/>
          <w:color w:val="854D0E"/>
        </w:rPr>
        <w:t>организовать ежедневный уход за братом</w:t>
      </w:r>
      <w:r>
        <w:t xml:space="preserve"> и представлять его интересы. </w:t>
      </w:r>
      <w:r>
        <w:rPr>
          <w:i/>
          <w:color w:val="854D0E"/>
        </w:rPr>
        <w:t>Постоянно совместно с братом не проживаю</w:t>
      </w:r>
      <w:r>
        <w:t>.</w:t>
      </w:r>
    </w:p>
    <w:p>
      <w:pPr>
        <w:keepNext/>
        <w:ind w:firstLine="283"/>
      </w:pPr>
      <w:r>
        <w:t>Указанные сведения соответствуют действительности.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118"/>
        <w:gridCol w:w="6236"/>
      </w:tblGrid>
      <w:tr>
        <w:tc>
          <w:tcPr>
            <w:tcW w:type="dxa" w:w="311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60"/>
              <w:ind w:firstLine="0"/>
            </w:pPr>
            <w:r/>
            <w:r>
              <w:rPr>
                <w:i/>
                <w:color w:val="854D0E"/>
              </w:rPr>
              <w:t>30 сентября 2026 г.</w:t>
            </w:r>
            <w:r/>
          </w:p>
        </w:tc>
        <w:tc>
          <w:tcPr>
            <w:tcW w:type="dxa" w:w="6236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60"/>
              <w:ind w:firstLine="0"/>
              <w:jc w:val="right"/>
            </w:pPr>
            <w:r>
              <w:t xml:space="preserve">________________ / </w:t>
            </w:r>
            <w:r>
              <w:rPr>
                <w:i/>
                <w:color w:val="854D0E"/>
              </w:rPr>
              <w:t>Смирнова О.Н.</w:t>
            </w:r>
            <w:r>
              <w:t xml:space="preserve"> /</w:t>
            </w:r>
          </w:p>
        </w:tc>
      </w:tr>
    </w:tbl>
    <w:p>
      <w:pPr>
        <w:keepNext w:val="0"/>
        <w:spacing w:before="240" w:after="0"/>
        <w:ind w:firstLine="0"/>
      </w:pPr>
      <w:r>
        <w:rPr>
          <w:color w:val="D03B5A"/>
          <w:sz w:val="20"/>
        </w:rPr>
        <w:t xml:space="preserve">Подготовлено </w:t>
      </w:r>
      <w:hyperlink r:id="rId10">
        <w:r>
          <w:rPr>
            <w:color w:val="D03B5A"/>
            <w:sz w:val="20"/>
            <w:u w:val="single"/>
          </w:rPr>
          <w:t>Law-Divorce.org</w:t>
        </w:r>
      </w:hyperlink>
      <w:r>
        <w:rPr>
          <w:color w:val="D03B5A"/>
          <w:sz w:val="20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76" w:lineRule="auto" w:after="120"/>
    </w:pPr>
    <w:rPr>
      <w:rFonts w:ascii="Times New Roman" w:hAnsi="Times New Roman" w:eastAsia="Times New Roman" w:cs="Times New Roman"/>
      <w:color w:val="000000"/>
      <w:sz w:val="2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Автобиография кандидата в опекуны совершеннолетнего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