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РАСПИСКА</w:t>
      </w:r>
    </w:p>
    <w:p>
      <w:pPr>
        <w:keepNext/>
        <w:spacing w:before="0" w:after="200"/>
        <w:jc w:val="center"/>
      </w:pPr>
      <w:r>
        <w:rPr>
          <w:b/>
          <w:sz w:val="26"/>
        </w:rPr>
        <w:t>представителя продавца о частичной оплате квартиры</w:t>
      </w:r>
    </w:p>
    <w:p>
      <w:pPr>
        <w:ind w:firstLine="283"/>
      </w:pPr>
      <w:r>
        <w:t xml:space="preserve">г. </w:t>
      </w:r>
      <w:r>
        <w:rPr>
          <w:i/>
          <w:color w:val="854D0E"/>
        </w:rPr>
        <w:t>Домодедово</w:t>
      </w:r>
      <w:r>
        <w:t xml:space="preserve">                                      </w:t>
      </w:r>
      <w:r>
        <w:rPr>
          <w:i/>
          <w:color w:val="854D0E"/>
        </w:rPr>
        <w:t>5 октября 2026 года</w:t>
      </w:r>
      <w:r/>
    </w:p>
    <w:p>
      <w:pPr>
        <w:ind w:firstLine="283"/>
      </w:pPr>
      <w:r>
        <w:t xml:space="preserve">Я, </w:t>
      </w:r>
      <w:r>
        <w:rPr>
          <w:i/>
          <w:color w:val="854D0E"/>
        </w:rPr>
        <w:t>Петров Павел Андреевич</w:t>
      </w:r>
      <w:r>
        <w:t xml:space="preserve">, </w:t>
      </w:r>
      <w:r>
        <w:rPr>
          <w:i/>
          <w:color w:val="854D0E"/>
        </w:rPr>
        <w:t>9 ноября 1980 года</w:t>
      </w:r>
      <w:r>
        <w:t xml:space="preserve">, паспорт: серия </w:t>
      </w:r>
      <w:r>
        <w:rPr>
          <w:i/>
          <w:color w:val="854D0E"/>
        </w:rPr>
        <w:t>46 20</w:t>
      </w:r>
      <w:r>
        <w:t xml:space="preserve"> № </w:t>
      </w:r>
      <w:r>
        <w:rPr>
          <w:i/>
          <w:color w:val="854D0E"/>
        </w:rPr>
        <w:t>612408</w:t>
      </w:r>
      <w:r>
        <w:t xml:space="preserve">, выдан </w:t>
      </w:r>
      <w:r>
        <w:rPr>
          <w:i/>
          <w:color w:val="854D0E"/>
        </w:rPr>
        <w:t>УМВД России по городскому округу Домодедово</w:t>
      </w:r>
      <w:r>
        <w:t xml:space="preserve"> </w:t>
      </w:r>
      <w:r>
        <w:rPr>
          <w:i/>
          <w:color w:val="854D0E"/>
        </w:rPr>
        <w:t>11 мая 2020 года</w:t>
      </w:r>
      <w:r>
        <w:t xml:space="preserve">, зарегистрированный по адресу: </w:t>
      </w:r>
      <w:r>
        <w:rPr>
          <w:i/>
          <w:color w:val="854D0E"/>
        </w:rPr>
        <w:t>Московская область, г. Домодедово, мкр. Центральный, ул. Корнеева, д. 34, кв. 18</w:t>
      </w:r>
      <w:r>
        <w:t>,</w:t>
      </w:r>
    </w:p>
    <w:p>
      <w:pPr>
        <w:ind w:firstLine="283"/>
      </w:pPr>
      <w:r>
        <w:t xml:space="preserve">действуя от имени </w:t>
      </w:r>
      <w:r>
        <w:rPr>
          <w:i/>
          <w:color w:val="854D0E"/>
        </w:rPr>
        <w:t>Иванова Сергея Павловича</w:t>
      </w:r>
      <w:r>
        <w:t xml:space="preserve"> на основании </w:t>
      </w:r>
      <w:r>
        <w:rPr>
          <w:i/>
          <w:color w:val="854D0E"/>
        </w:rPr>
        <w:t>нотариально удостоверенной доверенности</w:t>
      </w:r>
      <w:r>
        <w:t xml:space="preserve"> от </w:t>
      </w:r>
      <w:r>
        <w:rPr>
          <w:i/>
          <w:color w:val="854D0E"/>
        </w:rPr>
        <w:t>2 октября 2026 года</w:t>
      </w:r>
      <w:r>
        <w:t xml:space="preserve">, реестровый № </w:t>
      </w:r>
      <w:r>
        <w:rPr>
          <w:i/>
          <w:color w:val="854D0E"/>
        </w:rPr>
        <w:t>609</w:t>
      </w:r>
      <w:r>
        <w:t xml:space="preserve">, которой мне предоставлено </w:t>
      </w:r>
      <w:r>
        <w:rPr>
          <w:i/>
          <w:color w:val="854D0E"/>
        </w:rPr>
        <w:t>полномочие на получение денежных средств по сделке продажи указанной ниже квартиры</w:t>
      </w:r>
      <w:r>
        <w:t>,</w:t>
      </w:r>
    </w:p>
    <w:p>
      <w:pPr>
        <w:ind w:firstLine="283"/>
      </w:pPr>
      <w:r>
        <w:t xml:space="preserve">получил </w:t>
      </w:r>
      <w:r>
        <w:rPr>
          <w:i/>
          <w:color w:val="854D0E"/>
        </w:rPr>
        <w:t>наличными</w:t>
      </w:r>
      <w:r>
        <w:t xml:space="preserve"> от </w:t>
      </w:r>
      <w:r>
        <w:rPr>
          <w:i/>
          <w:color w:val="854D0E"/>
        </w:rPr>
        <w:t>Кузнецова Андрея Викторовича</w:t>
      </w:r>
      <w:r>
        <w:t xml:space="preserve">, </w:t>
      </w:r>
      <w:r>
        <w:rPr>
          <w:i/>
          <w:color w:val="854D0E"/>
        </w:rPr>
        <w:t>22 июля 1983 года</w:t>
      </w:r>
      <w:r>
        <w:t xml:space="preserve">, паспорт: серия </w:t>
      </w:r>
      <w:r>
        <w:rPr>
          <w:i/>
          <w:color w:val="854D0E"/>
        </w:rPr>
        <w:t>46 19</w:t>
      </w:r>
      <w:r>
        <w:t xml:space="preserve"> № </w:t>
      </w:r>
      <w:r>
        <w:rPr>
          <w:i/>
          <w:color w:val="854D0E"/>
        </w:rPr>
        <w:t>407815</w:t>
      </w:r>
      <w:r>
        <w:t xml:space="preserve">, выдан </w:t>
      </w:r>
      <w:r>
        <w:rPr>
          <w:i/>
          <w:color w:val="854D0E"/>
        </w:rPr>
        <w:t>УМВД России по городскому округу Домодедово</w:t>
      </w:r>
      <w:r>
        <w:t xml:space="preserve"> </w:t>
      </w:r>
      <w:r>
        <w:rPr>
          <w:i/>
          <w:color w:val="854D0E"/>
        </w:rPr>
        <w:t>22 августа 2019 года</w:t>
      </w:r>
      <w:r>
        <w:t xml:space="preserve">, зарегистрированного по адресу: </w:t>
      </w:r>
      <w:r>
        <w:rPr>
          <w:i/>
          <w:color w:val="854D0E"/>
        </w:rPr>
        <w:t>Московская область, г. Домодедово, мкр. Центральный, ул. Корнеева, д. 34, кв. 44</w:t>
      </w:r>
      <w:r>
        <w:t xml:space="preserve">, денежные средства в размере </w:t>
      </w:r>
      <w:r>
        <w:rPr>
          <w:i/>
          <w:color w:val="854D0E"/>
        </w:rPr>
        <w:t>2 000 000</w:t>
      </w:r>
      <w:r>
        <w:t xml:space="preserve"> (</w:t>
      </w:r>
      <w:r>
        <w:rPr>
          <w:i/>
          <w:color w:val="854D0E"/>
        </w:rPr>
        <w:t>два миллиона</w:t>
      </w:r>
      <w:r>
        <w:t xml:space="preserve">) рублей </w:t>
      </w:r>
      <w:r>
        <w:rPr>
          <w:i/>
          <w:color w:val="854D0E"/>
        </w:rPr>
        <w:t>00</w:t>
      </w:r>
      <w:r>
        <w:t xml:space="preserve"> копеек</w:t>
      </w:r>
    </w:p>
    <w:p>
      <w:pPr>
        <w:ind w:firstLine="283"/>
      </w:pPr>
      <w:r>
        <w:t xml:space="preserve">в счёт </w:t>
      </w:r>
      <w:r>
        <w:rPr>
          <w:i/>
          <w:color w:val="854D0E"/>
        </w:rPr>
        <w:t>частичной</w:t>
      </w:r>
      <w:r>
        <w:t xml:space="preserve"> оплаты цены квартиры, расположенной по адресу: </w:t>
      </w:r>
      <w:r>
        <w:rPr>
          <w:i/>
          <w:color w:val="854D0E"/>
        </w:rPr>
        <w:t>Московская область, г. Домодедово, мкр. Центральный, ул. Корнеева, д. 34, кв. 17</w:t>
      </w:r>
      <w:r>
        <w:t xml:space="preserve">, кадастровый номер </w:t>
      </w:r>
      <w:r>
        <w:rPr>
          <w:i/>
          <w:color w:val="854D0E"/>
        </w:rPr>
        <w:t>50:28:9999999:999999</w:t>
      </w:r>
      <w:r>
        <w:t>,</w:t>
      </w:r>
    </w:p>
    <w:p>
      <w:pPr>
        <w:ind w:firstLine="283"/>
      </w:pPr>
      <w:r>
        <w:t xml:space="preserve">по договору купли-продажи от </w:t>
      </w:r>
      <w:r>
        <w:rPr>
          <w:i/>
          <w:color w:val="854D0E"/>
        </w:rPr>
        <w:t>25 сентября 2026 года</w:t>
      </w:r>
      <w:r>
        <w:t xml:space="preserve"> № </w:t>
      </w:r>
      <w:r>
        <w:rPr>
          <w:i/>
          <w:color w:val="854D0E"/>
        </w:rPr>
        <w:t>ДК-609/26</w:t>
      </w:r>
      <w:r>
        <w:t xml:space="preserve">, заключённому между </w:t>
      </w:r>
      <w:r>
        <w:rPr>
          <w:i/>
          <w:color w:val="854D0E"/>
        </w:rPr>
        <w:t>Ивановым Сергеем Павловичем</w:t>
      </w:r>
      <w:r>
        <w:t xml:space="preserve"> и </w:t>
      </w:r>
      <w:r>
        <w:rPr>
          <w:i/>
          <w:color w:val="854D0E"/>
        </w:rPr>
        <w:t>Кузнецовым Андреем Викторовичем</w:t>
      </w:r>
      <w:r>
        <w:t>.</w:t>
      </w:r>
    </w:p>
    <w:p>
      <w:pPr>
        <w:ind w:firstLine="283"/>
      </w:pPr>
      <w:r>
        <w:t>Денежные средства фактически получены мной как представителем продавца на основании указанных полномочий.</w:t>
      </w:r>
    </w:p>
    <w:p>
      <w:pPr>
        <w:keepNext/>
        <w:ind w:firstLine="283"/>
      </w:pPr>
      <w:r>
        <w:t>Настоящая расписка подтверждает только получение указанного частичного платежа и не подтверждает полный расчёт по договору.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Петров Павел Андреевич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представителя продавца о частичной оплате квартиры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