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Мировому судье судебного участка № 34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Должник: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Взыскатель: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взыскателя: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2-1003/2026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ВОЗРАЖЕНИЯ ОТНОСИТЕЛЬНО ИСПОЛНЕНИЯ СУДЕБНОГО ПРИКАЗА, ПРЕДСТАВЛЕННЫЕ ПО ИСТЕЧЕНИИ УСТАНОВЛЕННОГО СРОКА</w:t>
      </w:r>
    </w:p>
    <w:p>
      <w:pPr>
        <w:ind w:firstLine="283"/>
      </w:pPr>
      <w:r/>
      <w:r>
        <w:rPr>
          <w:i/>
          <w:color w:val="854D0E"/>
        </w:rPr>
        <w:t>1 сентября 2026 г.</w:t>
      </w:r>
      <w:r>
        <w:t xml:space="preserve"> мировым судьёй </w:t>
      </w:r>
      <w:r>
        <w:rPr>
          <w:i/>
          <w:color w:val="854D0E"/>
        </w:rPr>
        <w:t>судебного участка № 34 города Москвы</w:t>
      </w:r>
      <w:r>
        <w:t xml:space="preserve"> по делу № </w:t>
      </w:r>
      <w:r>
        <w:rPr>
          <w:i/>
          <w:color w:val="854D0E"/>
        </w:rPr>
        <w:t>2-1003/2026</w:t>
      </w:r>
      <w:r>
        <w:t xml:space="preserve"> вынесен судебный приказ о взыскании с меня алиментов в пользу </w:t>
      </w:r>
      <w:r>
        <w:rPr>
          <w:i/>
          <w:color w:val="854D0E"/>
        </w:rPr>
        <w:t>Ивановой Марии Сергеевны</w:t>
      </w:r>
      <w:r>
        <w:t xml:space="preserve">. Копию приказа получил </w:t>
      </w:r>
      <w:r>
        <w:rPr>
          <w:i/>
          <w:color w:val="854D0E"/>
        </w:rPr>
        <w:t>5 сентября 2026 г.</w:t>
      </w:r>
      <w:r/>
    </w:p>
    <w:p>
      <w:pPr>
        <w:ind w:firstLine="283"/>
      </w:pPr>
      <w:r>
        <w:t>С исполнением указанного судебного приказа не согласен.</w:t>
      </w:r>
    </w:p>
    <w:p>
      <w:pPr>
        <w:ind w:firstLine="283"/>
      </w:pPr>
      <w:r>
        <w:t xml:space="preserve">Представить возражения в установленный срок я не имел возможности по причинам, не зависящим от меня. </w:t>
      </w:r>
      <w:r>
        <w:rPr>
          <w:i/>
          <w:color w:val="854D0E"/>
        </w:rPr>
        <w:t>С 6 по 26 сентября 2026 г.</w:t>
      </w:r>
      <w:r>
        <w:t xml:space="preserve"> я находился на стационарном лечении </w:t>
      </w:r>
      <w:r>
        <w:rPr>
          <w:i/>
          <w:color w:val="854D0E"/>
        </w:rPr>
        <w:t>после экстренной операции</w:t>
      </w:r>
      <w:r>
        <w:t xml:space="preserve">. Из-за тяжёлого состояния </w:t>
      </w:r>
      <w:r>
        <w:rPr>
          <w:i/>
          <w:color w:val="854D0E"/>
        </w:rPr>
        <w:t>не мог подготовить, подписать и направить возражения</w:t>
      </w:r>
      <w:r>
        <w:t>, что отражено в медицинском заключении.</w:t>
      </w:r>
    </w:p>
    <w:p>
      <w:pPr>
        <w:ind w:firstLine="283"/>
      </w:pPr>
      <w:r/>
      <w:r>
        <w:rPr>
          <w:i/>
          <w:color w:val="854D0E"/>
        </w:rPr>
        <w:t>Обстоятельство прекратилось 26 сентября 2026 г.</w:t>
      </w:r>
      <w:r>
        <w:t xml:space="preserve"> Изложенное подтверждается </w:t>
      </w:r>
      <w:r>
        <w:rPr>
          <w:i/>
          <w:color w:val="854D0E"/>
        </w:rPr>
        <w:t>выписным эпикризом от 26 сентября 2026 г.</w:t>
      </w:r>
      <w:r>
        <w:t xml:space="preserve"> и </w:t>
      </w:r>
      <w:r>
        <w:rPr>
          <w:i/>
          <w:color w:val="854D0E"/>
        </w:rPr>
        <w:t>медицинским заключением от 28 сентября 2026 г.</w:t>
      </w:r>
      <w:r/>
    </w:p>
    <w:p>
      <w:pPr>
        <w:ind w:firstLine="283"/>
      </w:pPr>
      <w:r>
        <w:t xml:space="preserve">На основании статей 128 и 129 Гражданского процессуального кодекса Российской Федерации прошу принять настоящие возражения, представленные по истечении установленного срока, поскольку своевременно представить их было невозможно по причинам, не зависящим от меня; </w:t>
      </w:r>
      <w:r>
        <w:rPr>
          <w:i/>
          <w:color w:val="854D0E"/>
        </w:rPr>
        <w:t>отменить судебный приказ от 1 сентября 2026 г.</w:t>
      </w:r>
      <w:r>
        <w:t xml:space="preserve"> </w:t>
      </w:r>
      <w:r>
        <w:rPr>
          <w:i/>
          <w:color w:val="854D0E"/>
        </w:rPr>
        <w:t>по делу № 2-1003/2026</w:t>
      </w:r>
      <w:r>
        <w:t xml:space="preserve"> о взыскании с меня алиментов.</w:t>
      </w:r>
    </w:p>
    <w:p>
      <w:pPr>
        <w:keepNext/>
        <w:spacing w:before="120"/>
        <w:ind w:firstLine="283"/>
      </w:pPr>
      <w:r>
        <w:t xml:space="preserve">Приложения: копия выписного эпикриза от </w:t>
      </w:r>
      <w:r>
        <w:rPr>
          <w:i/>
          <w:color w:val="854D0E"/>
        </w:rPr>
        <w:t>26 сентября 2026 г.</w:t>
      </w:r>
      <w:r>
        <w:t xml:space="preserve">; копия медицинского заключения от </w:t>
      </w:r>
      <w:r>
        <w:rPr>
          <w:i/>
          <w:color w:val="854D0E"/>
        </w:rPr>
        <w:t>28 сентября 2026 г.</w:t>
      </w:r>
      <w:r>
        <w:t xml:space="preserve">; копия подтверждения вручения приказа </w:t>
      </w:r>
      <w:r>
        <w:rPr>
          <w:i/>
          <w:color w:val="854D0E"/>
        </w:rPr>
        <w:t>5 сентября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относительно исполнения судебного приказа, представленные по истечении установленного срока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