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Домодедовского нотариального округа Московской области Петровой Елене Викторовне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конторы: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Каширское шоссе, д. 83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Орловой Анны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000-00-00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выдаче письменного постановления об отказе в совершении нотариального действия</w:t>
      </w:r>
    </w:p>
    <w:p>
      <w:pPr>
        <w:ind w:firstLine="283"/>
      </w:pPr>
      <w:r/>
      <w:r>
        <w:rPr>
          <w:i/>
          <w:color w:val="854D0E"/>
        </w:rPr>
        <w:t>2 октября 2026 года я обратилась к Вам с просьбой засвидетельствовать верность копии свидетельства о рождении Орловой Анны Сергеевны от 12 марта 1990 года, запись акта № 81. Оригинал свидетельства и паспорт были предъявлены.</w:t>
      </w:r>
      <w:r/>
    </w:p>
    <w:p>
      <w:pPr>
        <w:ind w:firstLine="283"/>
      </w:pPr>
      <w:r/>
      <w:r>
        <w:rPr>
          <w:i/>
          <w:color w:val="854D0E"/>
        </w:rPr>
        <w:t>При этом обращении мне устно отказали в совершении указанного нотариального действия. Письменного постановления об отказе мне не выдали.</w:t>
      </w:r>
      <w:r/>
    </w:p>
    <w:p>
      <w:pPr>
        <w:ind w:firstLine="283"/>
      </w:pPr>
      <w:r>
        <w:t>Прошу выдать письменное постановление об отказе с указанием причин отказа и порядка его обжалования.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свидетельства о рождении Орловой Анны Сергеевны от 12 марта 1990 года, запись акта № 81.</w:t>
      </w:r>
      <w:r/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Копия обращения от 2 октября 2026 года с отметкой о получении.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 выдаче письменного постановления об отказе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