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В: </w:t>
            </w:r>
            <w:r>
              <w:rPr>
                <w:i/>
                <w:color w:val="854D0E"/>
                <w:sz w:val="24"/>
              </w:rPr>
              <w:t>Домодедовский городской суд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142000, Московская область, г. Домодедово, ул. Советская, д. 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Заявитель: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Нина Павловна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4 мая 1962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Домодедово, Московская область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паспорт </w:t>
            </w:r>
            <w:r>
              <w:rPr>
                <w:i/>
                <w:color w:val="854D0E"/>
                <w:sz w:val="24"/>
              </w:rPr>
              <w:t>46 08 № 654321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 (900) 000-00-00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Заинтересованное лицо: Иванова Екатерина Александровна, супруга пропавшего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19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Заинтересованное лицо: Иванова Мария Дмитриевна, дочь пропавшего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20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 об объявлении гражданина умершим</w:t>
      </w:r>
    </w:p>
    <w:p>
      <w:pPr>
        <w:ind w:firstLine="283"/>
      </w:pPr>
      <w:r/>
      <w:r>
        <w:rPr>
          <w:i/>
          <w:color w:val="854D0E"/>
        </w:rPr>
        <w:t>Иванов Дмитрий Сергеевич, 16 сентября 1985 года рождения, до исчезновения проживал по адресу: Московская область, г. Домодедово, ул. Корнеева, д. 36, кв. 19.</w:t>
      </w:r>
      <w:r/>
    </w:p>
    <w:p>
      <w:pPr>
        <w:ind w:firstLine="283"/>
      </w:pPr>
      <w:r/>
      <w:r>
        <w:rPr>
          <w:i/>
          <w:color w:val="854D0E"/>
        </w:rPr>
        <w:t>Последние достоверные сведения о месте его пребывания получены 1 октября 2020 года во время телефонного разговора. После этой даты у семьи сведений о месте пребывания нет.</w:t>
      </w:r>
      <w:r/>
    </w:p>
    <w:p>
      <w:pPr>
        <w:ind w:firstLine="283"/>
      </w:pPr>
      <w:r/>
      <w:r>
        <w:rPr>
          <w:i/>
          <w:color w:val="854D0E"/>
        </w:rPr>
        <w:t>По заявлению о розыске от 12 февраля 2021 года проводилась проверка. В ответе ОМВД России по городскому округу Домодедово от 20 мая 2021 года № 7/3-211 сообщено, что местонахождение Иванова Д.С. не установлено. Последующих достоверных сведений семья не получала.</w:t>
      </w:r>
      <w:r/>
    </w:p>
    <w:p>
      <w:pPr>
        <w:ind w:firstLine="283"/>
      </w:pPr>
      <w:r/>
      <w:r>
        <w:rPr>
          <w:i/>
          <w:color w:val="854D0E"/>
        </w:rPr>
        <w:t>Объявление гражданина умершим необходимо мне для оформления наследственных прав после пропавшего сына. Я не прошу установить день предполагаемой гибели: обстоятельства конкретного несчастного случая мне неизвестны.</w:t>
      </w:r>
      <w:r/>
    </w:p>
    <w:p>
      <w:pPr>
        <w:ind w:firstLine="283"/>
      </w:pPr>
      <w:r/>
      <w:r>
        <w:rPr>
          <w:i/>
          <w:color w:val="854D0E"/>
        </w:rPr>
        <w:t>В месте жительства Иванова Д.С. отсутствуют сведения о его месте пребывания более пяти лет. Эти обстоятельства подтверждаются ответом полиции, справкой управляющей организации от 25 сентября 2026 года № 26/09-18 и показаниями заинтересованных лиц.</w:t>
      </w:r>
      <w:r/>
    </w:p>
    <w:p>
      <w:pPr>
        <w:ind w:firstLine="283"/>
      </w:pPr>
      <w:r>
        <w:t>На основании изложенного и руководствуясь статьёй 45 ГК РФ, статьями 262, 276–279 ГПК РФ,</w:t>
      </w:r>
    </w:p>
    <w:p>
      <w:pPr>
        <w:keepNext/>
        <w:spacing w:before="140"/>
      </w:pPr>
      <w:r>
        <w:rPr>
          <w:b/>
        </w:rPr>
        <w:t>ПРОШУ:</w:t>
      </w:r>
    </w:p>
    <w:p>
      <w:pPr>
        <w:ind w:firstLine="283"/>
      </w:pPr>
      <w:r>
        <w:t xml:space="preserve">Объявить </w:t>
      </w:r>
      <w:r>
        <w:rPr>
          <w:i/>
          <w:color w:val="854D0E"/>
        </w:rPr>
        <w:t>Иванова Дмитрия Сергеевича</w:t>
      </w:r>
      <w:r>
        <w:t xml:space="preserve">, </w:t>
      </w:r>
      <w:r>
        <w:rPr>
          <w:i/>
          <w:color w:val="854D0E"/>
        </w:rPr>
        <w:t>16 сентября 1985 года</w:t>
      </w:r>
      <w:r>
        <w:t xml:space="preserve"> рождения, умершим.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Документы, подтверждающие личность заявителя и родство с Ивановым Дмитрием Сергеевичем.</w:t>
      </w:r>
      <w:r/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Имеющиеся сведения о последних достоверных обстоятельствах его пребывания и ответы по розыску.</w:t>
      </w:r>
      <w:r/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Справка управляющей организации от 25 сентября 2026 года № 26/09-18.</w:t>
      </w:r>
      <w:r/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Подтверждения направления копий заявления и приложений заинтересованным лицам.</w:t>
      </w:r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>
        <w:t>Документ об уплате государственной пошлины.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Н.П.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объявлении гражданина умершим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