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115201, г. 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Взыскатель: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Петров Алексей Сергеевич</w:t>
            </w:r>
            <w:r>
              <w:rPr>
                <w:sz w:val="24"/>
              </w:rPr>
              <w:t xml:space="preserve">, адрес: </w:t>
            </w:r>
            <w:r>
              <w:rPr>
                <w:i/>
                <w:color w:val="854D0E"/>
                <w:sz w:val="24"/>
              </w:rPr>
              <w:t>г. 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Должник: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  <w:t xml:space="preserve">, адрес: </w:t>
            </w:r>
            <w:r>
              <w:rPr>
                <w:i/>
                <w:color w:val="854D0E"/>
                <w:sz w:val="24"/>
              </w:rPr>
              <w:t>г. 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2-2145/2026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ЗАЯВЛЕНИЕ об отсрочке исполнения решения суда в части выселения</w:t>
      </w:r>
    </w:p>
    <w:p>
      <w:pPr>
        <w:ind w:firstLine="283"/>
      </w:pPr>
      <w:r>
        <w:t xml:space="preserve">Решением </w:t>
      </w:r>
      <w:r>
        <w:rPr>
          <w:i/>
          <w:color w:val="854D0E"/>
        </w:rPr>
        <w:t>Нагатинского районного суда города Москвы</w:t>
      </w:r>
      <w:r>
        <w:t xml:space="preserve"> от </w:t>
      </w:r>
      <w:r>
        <w:rPr>
          <w:i/>
          <w:color w:val="854D0E"/>
        </w:rPr>
        <w:t>12 августа 2026 года</w:t>
      </w:r>
      <w:r>
        <w:t xml:space="preserve"> по делу № </w:t>
      </w:r>
      <w:r>
        <w:rPr>
          <w:i/>
          <w:color w:val="854D0E"/>
        </w:rPr>
        <w:t>2-2145/2026</w:t>
      </w:r>
      <w:r>
        <w:t xml:space="preserve"> постановлено выселить меня из жилого помещения по адресу: </w:t>
      </w:r>
      <w:r>
        <w:rPr>
          <w:i/>
          <w:color w:val="854D0E"/>
        </w:rPr>
        <w:t>г. Москва, Ореховый бульвар, д. 10, корп. 1, кв. 12</w:t>
      </w:r>
      <w:r>
        <w:t xml:space="preserve">. Решение вступило в законную силу </w:t>
      </w:r>
      <w:r>
        <w:rPr>
          <w:i/>
          <w:color w:val="854D0E"/>
        </w:rPr>
        <w:t>2 сентября 2026 года</w:t>
      </w:r>
      <w:r>
        <w:t>.</w:t>
      </w:r>
    </w:p>
    <w:p>
      <w:pPr>
        <w:ind w:firstLine="283"/>
      </w:pPr>
      <w:r>
        <w:t xml:space="preserve">На основании решения </w:t>
      </w:r>
      <w:r>
        <w:rPr>
          <w:i/>
          <w:color w:val="854D0E"/>
        </w:rPr>
        <w:t>8 сентября 2026 года</w:t>
      </w:r>
      <w:r>
        <w:t xml:space="preserve"> возбуждено исполнительное производство № </w:t>
      </w:r>
      <w:r>
        <w:rPr>
          <w:i/>
          <w:color w:val="854D0E"/>
        </w:rPr>
        <w:t>000000/26/77000-ИП</w:t>
      </w:r>
      <w:r>
        <w:t xml:space="preserve">. Судебный пристав-исполнитель установил срок для исполнения до </w:t>
      </w:r>
      <w:r>
        <w:rPr>
          <w:i/>
          <w:color w:val="854D0E"/>
        </w:rPr>
        <w:t>10 октября 2026 года</w:t>
      </w:r>
      <w:r>
        <w:t>.</w:t>
      </w:r>
    </w:p>
    <w:p>
      <w:pPr>
        <w:ind w:firstLine="283"/>
      </w:pPr>
      <w:r/>
      <w:r>
        <w:rPr>
          <w:i/>
          <w:color w:val="854D0E"/>
        </w:rPr>
        <w:t>Немедленный переезд крайне затруднён: по договору найма от 20 сентября 2026 года мне предоставляется квартира по адресу: г. Москва, ул. Шипиловская, д. 25, корп. 1, кв. 20, однако передача ключей и помещения назначена наймодателем на 30 ноября 2026 года. Это подтверждается договором и письмом наймодателя от 29 сентября 2026 года.</w:t>
      </w:r>
      <w:r/>
    </w:p>
    <w:p>
      <w:pPr>
        <w:ind w:firstLine="283"/>
      </w:pPr>
      <w:r/>
      <w:r>
        <w:rPr>
          <w:i/>
          <w:color w:val="854D0E"/>
        </w:rPr>
        <w:t>Препятствие носит временный характер: после получения ключей мне потребуется до 10 календарных дней, чтобы перевезти вещи и освободить занимаемое помещение. До этого срока исполнить решение в части выселения затруднительно.</w:t>
      </w:r>
      <w:r/>
    </w:p>
    <w:p>
      <w:pPr>
        <w:ind w:firstLine="283"/>
      </w:pPr>
      <w:r>
        <w:t>На основании статьи 203 ГПК РФ, статьи 434 ГПК РФ, статьи 37 Федерального закона № 229-ФЗ и пунктов 24–26 Постановления Пленума Верховного Суда РФ от 17 ноября 2015 года № 50</w:t>
      </w:r>
    </w:p>
    <w:p>
      <w:pPr>
        <w:keepNext/>
        <w:spacing w:before="140"/>
      </w:pPr>
      <w:r>
        <w:rPr>
          <w:b/>
        </w:rPr>
        <w:t>ПРОШУ:</w:t>
      </w:r>
    </w:p>
    <w:p>
      <w:pPr>
        <w:ind w:firstLine="283"/>
      </w:pPr>
      <w:r>
        <w:t xml:space="preserve">Предоставить отсрочку исполнения решения </w:t>
      </w:r>
      <w:r>
        <w:rPr>
          <w:i/>
          <w:color w:val="854D0E"/>
        </w:rPr>
        <w:t>Нагатинского районного суда города Москвы</w:t>
      </w:r>
      <w:r>
        <w:t xml:space="preserve"> от </w:t>
      </w:r>
      <w:r>
        <w:rPr>
          <w:i/>
          <w:color w:val="854D0E"/>
        </w:rPr>
        <w:t>12 августа 2026 года</w:t>
      </w:r>
      <w:r>
        <w:t xml:space="preserve"> по делу № </w:t>
      </w:r>
      <w:r>
        <w:rPr>
          <w:i/>
          <w:color w:val="854D0E"/>
        </w:rPr>
        <w:t>2-2145/2026</w:t>
      </w:r>
      <w:r>
        <w:t xml:space="preserve"> в части моего выселения из жилого помещения по адресу: </w:t>
      </w:r>
      <w:r>
        <w:rPr>
          <w:i/>
          <w:color w:val="854D0E"/>
        </w:rPr>
        <w:t>г. Москва, Ореховый бульвар, д. 10, корп. 1, кв. 12</w:t>
      </w:r>
      <w:r>
        <w:t xml:space="preserve"> до </w:t>
      </w:r>
      <w:r>
        <w:rPr>
          <w:i/>
          <w:color w:val="854D0E"/>
        </w:rPr>
        <w:t>10 декабря 2026 года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Копия договора найма от </w:t>
      </w:r>
      <w:r>
        <w:rPr>
          <w:i/>
          <w:color w:val="854D0E"/>
        </w:rPr>
        <w:t>20 сентября 2026 года</w:t>
      </w:r>
      <w:r>
        <w:t xml:space="preserve"> с датой передачи квартиры </w:t>
      </w:r>
      <w:r>
        <w:rPr>
          <w:i/>
          <w:color w:val="854D0E"/>
        </w:rPr>
        <w:t>30 ноября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Копия письма наймодателя от </w:t>
      </w:r>
      <w:r>
        <w:rPr>
          <w:i/>
          <w:color w:val="854D0E"/>
        </w:rPr>
        <w:t>29 сентября 2026 года</w:t>
      </w:r>
      <w:r>
        <w:t xml:space="preserve"> о дате передачи ключей.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Копия постановления о возбуждении исполнительного производства и требования о сроке исполнения от </w:t>
      </w:r>
      <w:r>
        <w:rPr>
          <w:i/>
          <w:color w:val="854D0E"/>
        </w:rPr>
        <w:t>8 сентября 2026 года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>Документ об уплате государственной пошлины, относящийся к этому заявлению.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</w:pPr>
            <w:r/>
            <w:r>
              <w:rPr>
                <w:i/>
                <w:color w:val="854D0E"/>
              </w:rPr>
              <w:t>4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отсрочке исполнения решения о выселении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