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АКТ О ФИКСАЦИИ НАБЛЮДЕНИЙ В ОТНОШЕНИИ ЖИЛЬЦА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4 октября 2026 года</w:t>
      </w:r>
      <w:r>
        <w:t xml:space="preserve">. Время наблюдения: </w:t>
      </w:r>
      <w:r>
        <w:rPr>
          <w:i/>
          <w:color w:val="854D0E"/>
        </w:rPr>
        <w:t>18 ч. 20 мин.</w:t>
      </w:r>
      <w:r/>
    </w:p>
    <w:p>
      <w:pPr>
        <w:ind w:firstLine="283"/>
      </w:pPr>
      <w:r>
        <w:t xml:space="preserve">Мы, нижеподписавшиеся: </w:t>
      </w:r>
      <w:r>
        <w:rPr>
          <w:i/>
          <w:color w:val="854D0E"/>
        </w:rPr>
        <w:t>Петрова Анна Сергеевна</w:t>
      </w:r>
      <w:r>
        <w:t xml:space="preserve">, проживающая по адресу: </w:t>
      </w:r>
      <w:r>
        <w:rPr>
          <w:i/>
          <w:color w:val="854D0E"/>
        </w:rPr>
        <w:t>г. Москва, Ореховый бульвар, д. 10, корп. 1, кв. 11</w:t>
      </w:r>
      <w:r>
        <w:t xml:space="preserve">, и </w:t>
      </w:r>
      <w:r>
        <w:rPr>
          <w:i/>
          <w:color w:val="854D0E"/>
        </w:rPr>
        <w:t>Кузнецов Дмитрий Олегович</w:t>
      </w:r>
      <w:r>
        <w:t xml:space="preserve">, проживающий по адресу: </w:t>
      </w:r>
      <w:r>
        <w:rPr>
          <w:i/>
          <w:color w:val="854D0E"/>
        </w:rPr>
        <w:t>г. Москва, Ореховый бульвар, д. 10, корп. 1, кв. 13</w:t>
      </w:r>
      <w:r>
        <w:t xml:space="preserve">, составили настоящий акт в отношении </w:t>
      </w:r>
      <w:r>
        <w:rPr>
          <w:i/>
          <w:color w:val="854D0E"/>
        </w:rPr>
        <w:t>Сидорова Павла Игоревича</w:t>
      </w:r>
      <w:r>
        <w:t xml:space="preserve">, </w:t>
      </w:r>
      <w:r>
        <w:rPr>
          <w:i/>
          <w:color w:val="854D0E"/>
        </w:rPr>
        <w:t>12 июня 1988 года</w:t>
      </w:r>
      <w:r>
        <w:t xml:space="preserve"> рождения.</w:t>
      </w:r>
    </w:p>
    <w:p>
      <w:pPr>
        <w:ind w:firstLine="283"/>
      </w:pPr>
      <w:r>
        <w:t xml:space="preserve">Адрес помещения: </w:t>
      </w:r>
      <w:r>
        <w:rPr>
          <w:i/>
          <w:color w:val="854D0E"/>
        </w:rPr>
        <w:t>г. Москва, Ореховый бульвар, д. 10, корп. 1, кв. 12</w:t>
      </w:r>
      <w:r>
        <w:t>.</w:t>
      </w:r>
    </w:p>
    <w:p>
      <w:pPr>
        <w:keepNext/>
        <w:spacing w:before="140"/>
      </w:pPr>
      <w:r>
        <w:rPr>
          <w:b/>
        </w:rPr>
        <w:t>На дату и время составления акта установлено: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18 ч. 20 мин.</w:t>
      </w:r>
      <w:r>
        <w:t xml:space="preserve"> дверь квартиры № </w:t>
      </w:r>
      <w:r>
        <w:rPr>
          <w:i/>
          <w:color w:val="854D0E"/>
        </w:rPr>
        <w:t>12</w:t>
      </w:r>
      <w:r>
        <w:t xml:space="preserve"> была закрыта. Составители наблюдали только общую площадку этажа; доступа в квартиру не было, осмотр помещения не проводился. </w:t>
      </w:r>
      <w:r>
        <w:rPr>
          <w:i/>
          <w:color w:val="854D0E"/>
        </w:rPr>
        <w:t>Сидоров Павел Игоревич</w:t>
      </w:r>
      <w:r>
        <w:t xml:space="preserve"> на общей площадке в момент наблюдения не обнаружен.</w:t>
      </w:r>
    </w:p>
    <w:p>
      <w:pPr>
        <w:keepNext/>
        <w:spacing w:before="140"/>
      </w:pPr>
      <w:r>
        <w:rPr>
          <w:b/>
        </w:rPr>
        <w:t>Сведения отдельных подписантов о более длительном периоде:</w:t>
      </w:r>
    </w:p>
    <w:p>
      <w:pPr>
        <w:ind w:firstLine="283"/>
      </w:pPr>
      <w:r/>
      <w:r>
        <w:rPr>
          <w:i/>
          <w:color w:val="854D0E"/>
        </w:rPr>
        <w:t>Петрова Анна Сергеевна</w:t>
      </w:r>
      <w:r>
        <w:t xml:space="preserve"> лично наблюдала общую площадку в период с </w:t>
      </w:r>
      <w:r>
        <w:rPr>
          <w:i/>
          <w:color w:val="854D0E"/>
        </w:rPr>
        <w:t>1 августа</w:t>
      </w:r>
      <w:r>
        <w:t xml:space="preserve"> по </w:t>
      </w:r>
      <w:r>
        <w:rPr>
          <w:i/>
          <w:color w:val="854D0E"/>
        </w:rPr>
        <w:t>4 октября 2026 года</w:t>
      </w:r>
      <w:r>
        <w:t xml:space="preserve"> и не встречала </w:t>
      </w:r>
      <w:r>
        <w:rPr>
          <w:i/>
          <w:color w:val="854D0E"/>
        </w:rPr>
        <w:t>Сидорова Павла Игоревича</w:t>
      </w:r>
      <w:r>
        <w:t xml:space="preserve"> в те дни, когда сама находилась на площадке. Она не знает, находился ли он в квартире в иное время.</w:t>
      </w:r>
    </w:p>
    <w:p>
      <w:pPr>
        <w:ind w:firstLine="283"/>
      </w:pPr>
      <w:r/>
      <w:r>
        <w:rPr>
          <w:i/>
          <w:color w:val="854D0E"/>
        </w:rPr>
        <w:t>Кузнецов Дмитрий Олегович</w:t>
      </w:r>
      <w:r>
        <w:t xml:space="preserve"> участвовал только в наблюдении </w:t>
      </w:r>
      <w:r>
        <w:rPr>
          <w:i/>
          <w:color w:val="854D0E"/>
        </w:rPr>
        <w:t>4 октября 2026 года</w:t>
      </w:r>
      <w:r>
        <w:t xml:space="preserve"> и сведений о более длительном периоде не сообщает.</w:t>
      </w:r>
    </w:p>
    <w:p>
      <w:pPr>
        <w:ind w:firstLine="283"/>
      </w:pPr>
      <w:r>
        <w:t xml:space="preserve">Фактическое место проживания </w:t>
      </w:r>
      <w:r>
        <w:rPr>
          <w:i/>
          <w:color w:val="854D0E"/>
        </w:rPr>
        <w:t>Сидорова Павла Игоревича</w:t>
      </w:r>
      <w:r>
        <w:t xml:space="preserve"> составителям акта неизвестно. Настоящий акт фиксирует ограниченные наблюдения и не устанавливает, проживал ли гражданин в квартире в иное время.</w:t>
      </w:r>
    </w:p>
    <w:p>
      <w:pPr>
        <w:keepNext/>
        <w:ind w:firstLine="283"/>
      </w:pPr>
      <w:r>
        <w:t xml:space="preserve">Приложений нет. Акт составлен в </w:t>
      </w:r>
      <w:r>
        <w:rPr>
          <w:i/>
          <w:color w:val="854D0E"/>
        </w:rPr>
        <w:t>2</w:t>
      </w:r>
      <w:r>
        <w:t xml:space="preserve"> экземплярах.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Петрова А.С.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 Д.О.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наблюдении отсутствия жильца в конкретный момент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