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ДОВЕРЕННОСТЬ</w:t>
      </w:r>
    </w:p>
    <w:p>
      <w:pPr>
        <w:keepNext/>
        <w:spacing w:before="0" w:after="200"/>
        <w:jc w:val="center"/>
      </w:pPr>
      <w:r>
        <w:rPr>
          <w:b/>
          <w:sz w:val="26"/>
        </w:rPr>
        <w:t>на дарение доли квартиры конкретному одаряемому</w:t>
      </w:r>
    </w:p>
    <w:p>
      <w:pPr>
        <w:ind w:firstLine="283"/>
      </w:pPr>
      <w:r>
        <w:t xml:space="preserve">Город </w:t>
      </w:r>
      <w:r>
        <w:rPr>
          <w:i/>
          <w:color w:val="854D0E"/>
        </w:rPr>
        <w:t>Москва</w:t>
      </w:r>
      <w:r>
        <w:t xml:space="preserve">. Дата совершения: </w:t>
      </w:r>
      <w:r>
        <w:rPr>
          <w:i/>
          <w:color w:val="854D0E"/>
        </w:rPr>
        <w:t>тридцатое сентября две тысячи двадцать шестого года</w:t>
      </w:r>
      <w:r>
        <w:t>.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20 июля 1987 г.</w:t>
      </w:r>
      <w:r>
        <w:t xml:space="preserve"> рождения, место рождения — </w:t>
      </w:r>
      <w:r>
        <w:rPr>
          <w:i/>
          <w:color w:val="854D0E"/>
        </w:rPr>
        <w:t>г. Москва</w:t>
      </w:r>
      <w:r>
        <w:t xml:space="preserve">, паспорт </w:t>
      </w:r>
      <w:r>
        <w:rPr>
          <w:i/>
          <w:color w:val="854D0E"/>
        </w:rPr>
        <w:t>00 00 № 000000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августа 2017 г.</w:t>
      </w:r>
      <w:r>
        <w:t xml:space="preserve">, проживающая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уполномочиваю </w:t>
      </w:r>
      <w:r>
        <w:rPr>
          <w:i/>
          <w:color w:val="854D0E"/>
        </w:rPr>
        <w:t>Смирнову Ольгу Николаевну</w:t>
      </w:r>
      <w:r>
        <w:t xml:space="preserve">, </w:t>
      </w:r>
      <w:r>
        <w:rPr>
          <w:i/>
          <w:color w:val="854D0E"/>
        </w:rPr>
        <w:t>20 июля 1987 г.</w:t>
      </w:r>
      <w:r>
        <w:t xml:space="preserve"> рождения, место рождения — </w:t>
      </w:r>
      <w:r>
        <w:rPr>
          <w:i/>
          <w:color w:val="854D0E"/>
        </w:rPr>
        <w:t>г. Москва</w:t>
      </w:r>
      <w:r>
        <w:t xml:space="preserve">, паспорт </w:t>
      </w:r>
      <w:r>
        <w:rPr>
          <w:i/>
          <w:color w:val="854D0E"/>
        </w:rPr>
        <w:t>00 00 № 000003</w:t>
      </w:r>
      <w:r>
        <w:t xml:space="preserve">, выдан </w:t>
      </w:r>
      <w:r>
        <w:rPr>
          <w:i/>
          <w:color w:val="854D0E"/>
        </w:rPr>
        <w:t>ГУ МВД России по г. Москве</w:t>
      </w:r>
      <w:r>
        <w:t xml:space="preserve"> </w:t>
      </w:r>
      <w:r>
        <w:rPr>
          <w:i/>
          <w:color w:val="854D0E"/>
        </w:rPr>
        <w:t>20 августа 2017 г.</w:t>
      </w:r>
      <w:r>
        <w:t xml:space="preserve">, проживающую по адресу: </w:t>
      </w:r>
      <w:r>
        <w:rPr>
          <w:i/>
          <w:color w:val="854D0E"/>
        </w:rPr>
        <w:t>г. Москва, ул. Шипиловская, д. 25, корп. 1, кв. 21</w:t>
      </w:r>
      <w:r>
        <w:t xml:space="preserve">, представлять мои интересы по вопросу оформления договора дарения </w:t>
      </w:r>
      <w:r>
        <w:rPr>
          <w:i/>
          <w:color w:val="854D0E"/>
        </w:rPr>
        <w:t>1/2</w:t>
      </w:r>
      <w:r>
        <w:t xml:space="preserve"> доли в праве собственности на квартиру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кадастровый номер </w:t>
      </w:r>
      <w:r>
        <w:rPr>
          <w:i/>
          <w:color w:val="854D0E"/>
        </w:rPr>
        <w:t>77:05:0000000:100</w:t>
      </w:r>
      <w:r>
        <w:t>.</w:t>
      </w:r>
    </w:p>
    <w:p>
      <w:pPr>
        <w:ind w:firstLine="283"/>
      </w:pPr>
      <w:r>
        <w:t xml:space="preserve">Одаряемый: </w:t>
      </w:r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место рождения — </w:t>
      </w:r>
      <w:r>
        <w:rPr>
          <w:i/>
          <w:color w:val="854D0E"/>
        </w:rPr>
        <w:t>г. Москва</w:t>
      </w:r>
      <w:r>
        <w:t xml:space="preserve">, паспорт </w:t>
      </w:r>
      <w:r>
        <w:rPr>
          <w:i/>
          <w:color w:val="854D0E"/>
        </w:rPr>
        <w:t>00 00 № 000001</w:t>
      </w:r>
      <w:r>
        <w:t>.</w:t>
      </w:r>
    </w:p>
    <w:p>
      <w:pPr>
        <w:ind w:firstLine="283"/>
      </w:pPr>
      <w:r>
        <w:t>Предоставляю представителю право заключить и подписать от моего имени договор дарения указанной доли; представлять мои интересы у нотариуса; подавать заявления и документы для государственной регистрации перехода права собственности; получать документы по результатам регистрации.</w:t>
      </w:r>
    </w:p>
    <w:p>
      <w:pPr>
        <w:keepNext/>
        <w:ind w:firstLine="283"/>
      </w:pPr>
      <w:r>
        <w:t xml:space="preserve">Срок действия доверенности: </w:t>
      </w:r>
      <w:r>
        <w:rPr>
          <w:i/>
          <w:color w:val="854D0E"/>
        </w:rPr>
        <w:t>один год</w:t>
      </w:r>
      <w:r>
        <w:t xml:space="preserve"> со дня совершения.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дарение доли квартиры конкретному одаряемому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