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ДОВЕРЕННОСТЬ НА ПРИВАТИЗАЦИЮ КВАРТИРЫ</w:t>
      </w:r>
    </w:p>
    <w:p>
      <w:pPr>
        <w:ind w:firstLine="283"/>
      </w:pPr>
      <w:r>
        <w:t xml:space="preserve">Город </w:t>
      </w:r>
      <w:r>
        <w:rPr>
          <w:i/>
          <w:color w:val="854D0E"/>
        </w:rPr>
        <w:t>Москва</w:t>
      </w:r>
      <w:r>
        <w:t>.</w:t>
      </w:r>
    </w:p>
    <w:p>
      <w:pPr>
        <w:ind w:firstLine="283"/>
      </w:pPr>
      <w:r/>
      <w:r>
        <w:rPr>
          <w:i/>
          <w:color w:val="854D0E"/>
        </w:rPr>
        <w:t>Четвёртого октября две тысячи двадцать шестого года.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6 июня 1988 года</w:t>
      </w:r>
      <w:r>
        <w:t xml:space="preserve"> рождения, паспорт </w:t>
      </w:r>
      <w:r>
        <w:rPr>
          <w:i/>
          <w:color w:val="854D0E"/>
        </w:rPr>
        <w:t>45 11 № 123456</w:t>
      </w:r>
      <w:r>
        <w:t xml:space="preserve">, выдан </w:t>
      </w:r>
      <w:r>
        <w:rPr>
          <w:i/>
          <w:color w:val="854D0E"/>
        </w:rPr>
        <w:t>ОМВД России по району Орехово-Борисово Северное г. Москвы 20 июня 2011 года</w:t>
      </w:r>
      <w:r>
        <w:t xml:space="preserve">, код подразделения </w:t>
      </w:r>
      <w:r>
        <w:rPr>
          <w:i/>
          <w:color w:val="854D0E"/>
        </w:rPr>
        <w:t>770-123</w:t>
      </w:r>
      <w:r>
        <w:t xml:space="preserve">, зарегистрированная по адресу: </w:t>
      </w:r>
      <w:r>
        <w:rPr>
          <w:i/>
          <w:color w:val="854D0E"/>
        </w:rPr>
        <w:t>г. Москва, Ореховый бульвар, д. 10, корп. 1, кв. 12</w:t>
      </w:r>
      <w:r>
        <w:t xml:space="preserve">, настоящей доверенностью уполномочиваю </w:t>
      </w:r>
      <w:r>
        <w:rPr>
          <w:i/>
          <w:color w:val="854D0E"/>
        </w:rPr>
        <w:t>Иванову Елену Сергеевну</w:t>
      </w:r>
      <w:r>
        <w:t xml:space="preserve">, </w:t>
      </w:r>
      <w:r>
        <w:rPr>
          <w:i/>
          <w:color w:val="854D0E"/>
        </w:rPr>
        <w:t>18 августа 1992 года</w:t>
      </w:r>
      <w:r>
        <w:t xml:space="preserve"> рождения, паспорт </w:t>
      </w:r>
      <w:r>
        <w:rPr>
          <w:i/>
          <w:color w:val="854D0E"/>
        </w:rPr>
        <w:t>45 12 № 654321</w:t>
      </w:r>
      <w:r>
        <w:t xml:space="preserve">, выдан </w:t>
      </w:r>
      <w:r>
        <w:rPr>
          <w:i/>
          <w:color w:val="854D0E"/>
        </w:rPr>
        <w:t>ОМВД России по району Орехово-Борисово Северное г. Москвы 20 сентября 2012 года</w:t>
      </w:r>
      <w:r>
        <w:t xml:space="preserve">, код подразделения </w:t>
      </w:r>
      <w:r>
        <w:rPr>
          <w:i/>
          <w:color w:val="854D0E"/>
        </w:rPr>
        <w:t>770-123</w:t>
      </w:r>
      <w:r>
        <w:t xml:space="preserve">, зарегистрированную по адресу: </w:t>
      </w:r>
      <w:r>
        <w:rPr>
          <w:i/>
          <w:color w:val="854D0E"/>
        </w:rPr>
        <w:t>г. Москва, ул. Шипиловская, д. 25, корп. 1, кв. 21</w:t>
      </w:r>
      <w:r>
        <w:t xml:space="preserve">, представлять мои интересы по вопросу приватизации жилого помещения, расположенного по адресу: </w:t>
      </w:r>
      <w:r>
        <w:rPr>
          <w:i/>
          <w:color w:val="854D0E"/>
        </w:rPr>
        <w:t>г. Москва, Ореховый бульвар, д. 10, корп. 1, кв. 12</w:t>
      </w:r>
      <w:r>
        <w:t>.</w:t>
      </w:r>
    </w:p>
    <w:p>
      <w:pPr>
        <w:ind w:firstLine="283"/>
      </w:pPr>
      <w:r>
        <w:t>Для этого предоставляю право: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подавать от моего имени запросы и получать справки, выписки и иные документы, непосредственно необходимые для приватизации указанного жилого помещения;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подписывать и подавать от моего имени заявление о приватизации указанного жилого помещения;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представлять дополнительные документы и получать уведомления и иные документы, связанные с рассмотрением заявления о приватизации;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заключить и подписать от моего имени договор передачи указанного жилого помещения в собственность в порядке приватизации на согласованных доверителем условиях;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подписывать и подавать заявление о государственной регистрации возникшего права собственности, а также представлять документы, необходимые для такой регистрации;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получать документы и уведомления по результатам приватизации и государственной регистрации права;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расписываться за меня и совершать иные действия, непосредственно необходимые для исполнения именно перечисленных в этой доверенности полномочий.</w:t>
      </w:r>
    </w:p>
    <w:p>
      <w:pPr>
        <w:ind w:firstLine="283"/>
      </w:pPr>
      <w:r>
        <w:t xml:space="preserve">Доверенность выдана сроком на </w:t>
      </w:r>
      <w:r>
        <w:rPr>
          <w:i/>
          <w:color w:val="854D0E"/>
        </w:rPr>
        <w:t>один год</w:t>
      </w:r>
      <w:r>
        <w:t>.</w:t>
      </w:r>
    </w:p>
    <w:p>
      <w:pPr>
        <w:keepNext/>
        <w:ind w:firstLine="283"/>
      </w:pPr>
      <w:r>
        <w:t xml:space="preserve">Доверенность выдана </w:t>
      </w:r>
      <w:r>
        <w:rPr>
          <w:i/>
          <w:color w:val="854D0E"/>
        </w:rPr>
        <w:t>без права передоверия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ind w:firstLine="283"/>
      </w:pPr>
      <w:r>
        <w:t>Удостоверительная надпись нотариуса: заполняется нотариусом.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приватизацию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