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Петров Алексей Николаевич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продавец доли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111-22-33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maria.sokolova@example.ru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ОТВЕТ НА ИЗВЕЩЕНИЕ О ПРОДАЖЕ ДОЛИ В ПРАВЕ ОБЩЕЙ СОБСТВЕННОСТИ</w:t>
      </w:r>
    </w:p>
    <w:p>
      <w:pPr>
        <w:ind w:firstLine="283"/>
      </w:pPr>
      <w:r/>
      <w:r>
        <w:rPr>
          <w:i/>
          <w:color w:val="854D0E"/>
        </w:rPr>
        <w:t>18 сентября 2026 года</w:t>
      </w:r>
      <w:r>
        <w:t xml:space="preserve"> мной получено ваше </w:t>
      </w:r>
      <w:r>
        <w:rPr>
          <w:i/>
          <w:color w:val="854D0E"/>
        </w:rPr>
        <w:t>извещение от 12 сентября 2026 года</w:t>
      </w:r>
      <w:r>
        <w:t xml:space="preserve"> о намерении продать принадлежащую вам </w:t>
      </w:r>
      <w:r>
        <w:rPr>
          <w:i/>
          <w:color w:val="854D0E"/>
        </w:rPr>
        <w:t>1/3 долю</w:t>
      </w:r>
      <w:r>
        <w:t xml:space="preserve"> в праве общей долевой собственности на квартиру, расположенную по адресу: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, кадастровый номер </w:t>
      </w:r>
      <w:r>
        <w:rPr>
          <w:i/>
          <w:color w:val="854D0E"/>
        </w:rPr>
        <w:t>50:28:0060102:417</w:t>
      </w:r>
      <w:r>
        <w:t>.</w:t>
      </w:r>
    </w:p>
    <w:p>
      <w:pPr>
        <w:ind w:firstLine="283"/>
      </w:pPr>
      <w:r>
        <w:t xml:space="preserve">Согласно полученному извещению цена указанной доли составляет </w:t>
      </w:r>
      <w:r>
        <w:rPr>
          <w:i/>
          <w:color w:val="854D0E"/>
        </w:rPr>
        <w:t>3 600 000</w:t>
      </w:r>
      <w:r>
        <w:t xml:space="preserve"> ₽ (</w:t>
      </w:r>
      <w:r>
        <w:rPr>
          <w:i/>
          <w:color w:val="854D0E"/>
        </w:rPr>
        <w:t>три миллиона шестьсот тысяч</w:t>
      </w:r>
      <w:r>
        <w:t xml:space="preserve"> рублей).</w:t>
      </w:r>
    </w:p>
    <w:p>
      <w:pPr>
        <w:ind w:firstLine="283"/>
      </w:pPr>
      <w:r>
        <w:t xml:space="preserve">Сообщаю, что </w:t>
      </w:r>
      <w:r>
        <w:rPr>
          <w:i/>
          <w:color w:val="854D0E"/>
        </w:rPr>
        <w:t>намерена воспользоваться преимущественным правом покупки</w:t>
      </w:r>
      <w:r>
        <w:t xml:space="preserve"> и </w:t>
      </w:r>
      <w:r>
        <w:rPr>
          <w:i/>
          <w:color w:val="854D0E"/>
        </w:rPr>
        <w:t>согласна приобрести указанную долю по цене и на остальных условиях</w:t>
      </w:r>
      <w:r>
        <w:t xml:space="preserve">, указанных в вашем извещении, в том числе на предложенных условиях расчётов: </w:t>
      </w:r>
      <w:r>
        <w:rPr>
          <w:i/>
          <w:color w:val="854D0E"/>
        </w:rPr>
        <w:t>банковский перевод на счёт продавца в течение пяти рабочих дней после государственной регистрации перехода права</w:t>
      </w:r>
      <w:r>
        <w:t>.</w:t>
      </w:r>
    </w:p>
    <w:p>
      <w:pPr>
        <w:ind w:firstLine="283"/>
      </w:pPr>
      <w:r>
        <w:t xml:space="preserve">Предлагаю заключить нотариально удостоверенный договор купли-продажи </w:t>
      </w:r>
      <w:r>
        <w:rPr>
          <w:i/>
          <w:color w:val="854D0E"/>
        </w:rPr>
        <w:t>8 октября 2026 года</w:t>
      </w:r>
      <w:r>
        <w:t xml:space="preserve"> в </w:t>
      </w:r>
      <w:r>
        <w:rPr>
          <w:i/>
          <w:color w:val="854D0E"/>
        </w:rPr>
        <w:t>10 часов 30 минут</w:t>
      </w:r>
      <w:r>
        <w:t xml:space="preserve"> у нотариуса </w:t>
      </w:r>
      <w:r>
        <w:rPr>
          <w:i/>
          <w:color w:val="854D0E"/>
        </w:rPr>
        <w:t>Никольской Ирины Викторовны</w:t>
      </w:r>
      <w:r>
        <w:t xml:space="preserve"> по адресу: </w:t>
      </w:r>
      <w:r>
        <w:rPr>
          <w:i/>
          <w:color w:val="854D0E"/>
        </w:rPr>
        <w:t>Московская область, г. Домодедово, Каширское шоссе, д. 4, корп. 1</w:t>
      </w:r>
      <w:r>
        <w:t>.</w:t>
      </w:r>
    </w:p>
    <w:p>
      <w:pPr>
        <w:ind w:firstLine="283"/>
      </w:pPr>
      <w:r/>
      <w:r>
        <w:rPr>
          <w:i/>
          <w:color w:val="854D0E"/>
        </w:rPr>
        <w:t>Готова явиться</w:t>
      </w:r>
      <w:r>
        <w:t xml:space="preserve"> в указанное время, заключить договор и </w:t>
      </w:r>
      <w:r>
        <w:rPr>
          <w:i/>
          <w:color w:val="854D0E"/>
        </w:rPr>
        <w:t>исполнить обязанность по оплате на условиях, содержащихся в вашем извещении</w:t>
      </w:r>
      <w:r>
        <w:t>.</w:t>
      </w:r>
    </w:p>
    <w:p>
      <w:pPr>
        <w:keepNext/>
        <w:ind w:firstLine="283"/>
      </w:pPr>
      <w:r>
        <w:t>Для организационного согласования сделки прошу связаться со мной по указанным контактам.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22 сентября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Мария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с согласием купить долю по условиям извещения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